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drawing>
          <wp:inline xmlns:a="http://schemas.openxmlformats.org/drawingml/2006/main" xmlns:pic="http://schemas.openxmlformats.org/drawingml/2006/picture">
            <wp:extent cx="4023360" cy="2011680"/>
            <wp:docPr id="1" name="Picture 1"/>
            <wp:cNvGraphicFramePr>
              <a:graphicFrameLocks noChangeAspect="1"/>
            </wp:cNvGraphicFramePr>
            <a:graphic>
              <a:graphicData uri="http://schemas.openxmlformats.org/drawingml/2006/picture">
                <pic:pic>
                  <pic:nvPicPr>
                    <pic:cNvPr id="0" name="logo_preview.png"/>
                    <pic:cNvPicPr/>
                  </pic:nvPicPr>
                  <pic:blipFill>
                    <a:blip r:embed="rId11"/>
                    <a:stretch>
                      <a:fillRect/>
                    </a:stretch>
                  </pic:blipFill>
                  <pic:spPr>
                    <a:xfrm>
                      <a:off x="0" y="0"/>
                      <a:ext cx="4023360" cy="2011680"/>
                    </a:xfrm>
                    <a:prstGeom prst="rect"/>
                  </pic:spPr>
                </pic:pic>
              </a:graphicData>
            </a:graphic>
          </wp:inline>
        </w:drawing>
      </w:r>
    </w:p>
    <w:p>
      <w:pPr>
        <w:pStyle w:val="Title"/>
        <w:jc w:val="center"/>
      </w:pPr>
      <w:r>
        <w:t>General Housing Application</w:t>
      </w:r>
    </w:p>
    <w:p>
      <w:pPr>
        <w:jc w:val="center"/>
      </w:pPr>
      <w:r>
        <w:rPr>
          <w:b/>
          <w:color w:val="BB5C2B"/>
          <w:sz w:val="20"/>
        </w:rPr>
        <w:t>Affordable rental + optional rent-to-own consideration</w:t>
      </w:r>
    </w:p>
    <w:p>
      <w:pPr>
        <w:jc w:val="center"/>
        <w:pBdr>
          <w:bottom w:val="single" w:sz="8" w:color="DFA432"/>
        </w:pBdr>
      </w:pPr>
      <w:r>
        <w:rPr>
          <w:color w:val="657064"/>
          <w:sz w:val="14"/>
        </w:rPr>
        <w:t>APPLICANT PACKET  •  2026 DRAFT  •  PLEASE PRINT CLEARLY</w:t>
      </w:r>
    </w:p>
    <w:tbl>
      <w:tblPr>
        <w:tblW w:type="auto" w:w="0"/>
        <w:tblLayout w:type="fixed"/>
        <w:tblLook w:firstColumn="1" w:firstRow="1" w:lastColumn="0" w:lastRow="0" w:noHBand="0" w:noVBand="1" w:val="04A0"/>
      </w:tblPr>
      <w:tblGrid>
        <w:gridCol w:w="9994"/>
      </w:tblGrid>
      <w:tr>
        <w:tc>
          <w:tcPr>
            <w:tcW w:type="dxa" w:w="10138"/>
            <w:shd w:fill="F4F6F0"/>
            <w:tcMar>
              <w:top w:w="130" w:type="dxa"/>
              <w:start w:w="160" w:type="dxa"/>
              <w:bottom w:w="130" w:type="dxa"/>
              <w:end w:w="160" w:type="dxa"/>
            </w:tcMar>
          </w:tcPr>
          <w:p>
            <w:pPr>
              <w:spacing w:after="40"/>
            </w:pPr>
            <w:r>
              <w:rPr>
                <w:b/>
                <w:color w:val="4D5E2E"/>
              </w:rPr>
              <w:t xml:space="preserve">WELCOME HOME  </w:t>
            </w:r>
            <w:r>
              <w:t>This packet is for individuals and families applying through Willow Hollow’s general housing pathway. Military service is not required. Submitting an application does not guarantee a home, a housing subsidy, approval of rent-to-own, or a future purchase.</w:t>
            </w:r>
          </w:p>
        </w:tc>
      </w:tr>
    </w:tbl>
    <w:p>
      <w:pPr>
        <w:spacing w:after="0"/>
      </w:pPr>
    </w:p>
    <w:p>
      <w:pPr>
        <w:pStyle w:val="Heading1"/>
      </w:pPr>
      <w:r>
        <w:t>Before you begin</w:t>
      </w:r>
    </w:p>
    <w:p>
      <w:r>
        <w:t>Applicants are evaluated using a proposed 80% AMI household-income ceiling adjusted for household size. There is no stand-alone minimum household income. Rent affordability and any verified assistance are reviewed separately; stricter property-specific rules may apply.</w:t>
      </w:r>
    </w:p>
    <w:p>
      <w:r>
        <w:t>Please return the completed application and available verification documents through the secure intake method provided by UNA. Do not send Social Security numbers, sensitive clearance reports or full benefit IDs through ordinary email. Missing documents may be requested later.</w:t>
      </w:r>
    </w:p>
    <w:p>
      <w:pPr>
        <w:pStyle w:val="Heading1"/>
      </w:pPr>
      <w:r>
        <w:t>A  Applicant information</w:t>
      </w:r>
    </w:p>
    <w:tbl>
      <w:tblPr>
        <w:tblW w:type="auto" w:w="0"/>
        <w:tblLayout w:type="fixed"/>
        <w:tblLook w:firstColumn="1" w:firstRow="1" w:lastColumn="0" w:lastRow="0" w:noHBand="0" w:noVBand="1" w:val="04A0"/>
      </w:tblPr>
      <w:tblGrid>
        <w:gridCol w:w="5069"/>
        <w:gridCol w:w="5069"/>
      </w:tblGrid>
      <w:tr>
        <w:trPr>
          <w:cantSplit/>
        </w:trPr>
        <w:tc>
          <w:tcPr>
            <w:tcW w:type="dxa" w:w="5069"/>
            <w:shd w:fill="F7F8F3"/>
            <w:tcMar>
              <w:top w:w="115" w:type="dxa"/>
              <w:start w:w="120" w:type="dxa"/>
              <w:bottom w:w="115" w:type="dxa"/>
              <w:end w:w="120" w:type="dxa"/>
            </w:tcMar>
          </w:tcPr>
          <w:p>
            <w:pPr>
              <w:spacing w:after="60"/>
            </w:pPr>
            <w:r>
              <w:rPr>
                <w:b/>
                <w:color w:val="4D5E2E"/>
                <w:sz w:val="14"/>
              </w:rPr>
              <w:t>PRIMARY APPLICANT — FULL LEGAL NAME</w:t>
            </w:r>
          </w:p>
          <w:p>
            <w:pPr>
              <w:spacing w:after="0"/>
            </w:pPr>
            <w:r>
              <w:rPr>
                <w:color w:val="657064"/>
                <w:sz w:val="16"/>
              </w:rPr>
              <w:t>________________________________</w:t>
            </w:r>
          </w:p>
        </w:tc>
        <w:tc>
          <w:tcPr>
            <w:tcW w:type="dxa" w:w="5069"/>
            <w:shd w:fill="F7F8F3"/>
            <w:tcMar>
              <w:top w:w="115" w:type="dxa"/>
              <w:start w:w="120" w:type="dxa"/>
              <w:bottom w:w="115" w:type="dxa"/>
              <w:end w:w="120" w:type="dxa"/>
            </w:tcMar>
          </w:tcPr>
          <w:p>
            <w:pPr>
              <w:spacing w:after="60"/>
            </w:pPr>
            <w:r>
              <w:rPr>
                <w:b/>
                <w:color w:val="4D5E2E"/>
                <w:sz w:val="14"/>
              </w:rPr>
              <w:t>PREFERRED NAME (OPTIONAL)</w:t>
            </w:r>
          </w:p>
          <w:p>
            <w:pPr>
              <w:spacing w:after="0"/>
            </w:pPr>
            <w:r>
              <w:rPr>
                <w:color w:val="657064"/>
                <w:sz w:val="16"/>
              </w:rPr>
              <w:t>________________________________</w:t>
            </w:r>
          </w:p>
        </w:tc>
      </w:tr>
      <w:tr>
        <w:trPr>
          <w:cantSplit/>
        </w:trPr>
        <w:tc>
          <w:tcPr>
            <w:tcW w:type="dxa" w:w="5069"/>
            <w:shd w:fill="F7F8F3"/>
            <w:tcMar>
              <w:top w:w="115" w:type="dxa"/>
              <w:start w:w="120" w:type="dxa"/>
              <w:bottom w:w="115" w:type="dxa"/>
              <w:end w:w="120" w:type="dxa"/>
            </w:tcMar>
          </w:tcPr>
          <w:p>
            <w:pPr>
              <w:spacing w:after="60"/>
            </w:pPr>
            <w:r>
              <w:rPr>
                <w:b/>
                <w:color w:val="4D5E2E"/>
                <w:sz w:val="14"/>
              </w:rPr>
              <w:t>TELEPHONE</w:t>
            </w:r>
          </w:p>
          <w:p>
            <w:pPr>
              <w:spacing w:after="0"/>
            </w:pPr>
            <w:r>
              <w:rPr>
                <w:color w:val="657064"/>
                <w:sz w:val="16"/>
              </w:rPr>
              <w:t>________________________________</w:t>
            </w:r>
          </w:p>
        </w:tc>
        <w:tc>
          <w:tcPr>
            <w:tcW w:type="dxa" w:w="5069"/>
            <w:shd w:fill="F7F8F3"/>
            <w:tcMar>
              <w:top w:w="115" w:type="dxa"/>
              <w:start w:w="120" w:type="dxa"/>
              <w:bottom w:w="115" w:type="dxa"/>
              <w:end w:w="120" w:type="dxa"/>
            </w:tcMar>
          </w:tcPr>
          <w:p>
            <w:pPr>
              <w:spacing w:after="60"/>
            </w:pPr>
            <w:r>
              <w:rPr>
                <w:b/>
                <w:color w:val="4D5E2E"/>
                <w:sz w:val="14"/>
              </w:rPr>
              <w:t>EMAIL</w:t>
            </w:r>
          </w:p>
          <w:p>
            <w:pPr>
              <w:spacing w:after="0"/>
            </w:pPr>
            <w:r>
              <w:rPr>
                <w:color w:val="657064"/>
                <w:sz w:val="16"/>
              </w:rPr>
              <w:t>________________________________</w:t>
            </w:r>
          </w:p>
        </w:tc>
      </w:tr>
      <w:tr>
        <w:trPr>
          <w:cantSplit/>
        </w:trPr>
        <w:tc>
          <w:tcPr>
            <w:tcW w:type="dxa" w:w="5069"/>
            <w:shd w:fill="F7F8F3"/>
            <w:tcMar>
              <w:top w:w="115" w:type="dxa"/>
              <w:start w:w="120" w:type="dxa"/>
              <w:bottom w:w="115" w:type="dxa"/>
              <w:end w:w="120" w:type="dxa"/>
            </w:tcMar>
          </w:tcPr>
          <w:p>
            <w:pPr>
              <w:spacing w:after="60"/>
            </w:pPr>
            <w:r>
              <w:rPr>
                <w:b/>
                <w:color w:val="4D5E2E"/>
                <w:sz w:val="14"/>
              </w:rPr>
              <w:t>BIRTH DATE — PRIMARY APPLICANT</w:t>
            </w:r>
          </w:p>
          <w:p>
            <w:pPr>
              <w:spacing w:after="0"/>
            </w:pPr>
            <w:r>
              <w:rPr>
                <w:color w:val="657064"/>
                <w:sz w:val="16"/>
              </w:rPr>
              <w:t>________________________________</w:t>
            </w:r>
          </w:p>
        </w:tc>
        <w:tc>
          <w:tcPr>
            <w:tcW w:type="dxa" w:w="5069"/>
            <w:shd w:fill="F7F8F3"/>
            <w:tcMar>
              <w:top w:w="115" w:type="dxa"/>
              <w:start w:w="120" w:type="dxa"/>
              <w:bottom w:w="115" w:type="dxa"/>
              <w:end w:w="120" w:type="dxa"/>
            </w:tcMar>
          </w:tcPr>
          <w:p>
            <w:pPr>
              <w:spacing w:after="60"/>
            </w:pPr>
            <w:r>
              <w:rPr>
                <w:b/>
                <w:color w:val="4D5E2E"/>
                <w:sz w:val="14"/>
              </w:rPr>
              <w:t>DATE OF APPLICATION</w:t>
            </w:r>
          </w:p>
          <w:p>
            <w:pPr>
              <w:spacing w:after="0"/>
            </w:pPr>
            <w:r>
              <w:rPr>
                <w:color w:val="657064"/>
                <w:sz w:val="16"/>
              </w:rPr>
              <w:t>________________________________</w:t>
            </w:r>
          </w:p>
        </w:tc>
      </w:tr>
    </w:tbl>
    <w:p>
      <w:pPr>
        <w:spacing w:after="0"/>
      </w:pPr>
    </w:p>
    <w:p>
      <w:pPr>
        <w:spacing w:after="140"/>
      </w:pPr>
      <w:r>
        <w:rPr>
          <w:b/>
          <w:sz w:val="17"/>
        </w:rPr>
        <w:t xml:space="preserve">Current residential address   </w:t>
      </w:r>
      <w:r>
        <w:t>________________________________________________________________________________</w:t>
      </w:r>
    </w:p>
    <w:p>
      <w:pPr>
        <w:spacing w:after="140"/>
      </w:pPr>
      <w:r>
        <w:rPr>
          <w:b/>
          <w:sz w:val="17"/>
        </w:rPr>
        <w:t xml:space="preserve">Mailing address (if different)   </w:t>
      </w:r>
      <w:r>
        <w:t>________________________________________________________________________________</w:t>
      </w:r>
    </w:p>
    <w:tbl>
      <w:tblPr>
        <w:tblW w:type="auto" w:w="0"/>
        <w:tblLayout w:type="fixed"/>
        <w:tblLook w:firstColumn="1" w:firstRow="1" w:lastColumn="0" w:lastRow="0" w:noHBand="0" w:noVBand="1" w:val="04A0"/>
      </w:tblPr>
      <w:tblGrid>
        <w:gridCol w:w="5069"/>
        <w:gridCol w:w="5069"/>
      </w:tblGrid>
      <w:tr>
        <w:trPr>
          <w:cantSplit/>
        </w:trPr>
        <w:tc>
          <w:tcPr>
            <w:tcW w:type="dxa" w:w="5069"/>
            <w:shd w:fill="F7F8F3"/>
            <w:tcMar>
              <w:top w:w="115" w:type="dxa"/>
              <w:start w:w="120" w:type="dxa"/>
              <w:bottom w:w="115" w:type="dxa"/>
              <w:end w:w="120" w:type="dxa"/>
            </w:tcMar>
          </w:tcPr>
          <w:p>
            <w:pPr>
              <w:spacing w:after="60"/>
            </w:pPr>
            <w:r>
              <w:rPr>
                <w:b/>
                <w:color w:val="4D5E2E"/>
                <w:sz w:val="14"/>
              </w:rPr>
              <w:t>CO-APPLICANT / ADULT SIGNER</w:t>
            </w:r>
          </w:p>
          <w:p>
            <w:pPr>
              <w:spacing w:after="0"/>
            </w:pPr>
            <w:r>
              <w:rPr>
                <w:color w:val="657064"/>
                <w:sz w:val="16"/>
              </w:rPr>
              <w:t>________________________________</w:t>
            </w:r>
          </w:p>
        </w:tc>
        <w:tc>
          <w:tcPr>
            <w:tcW w:type="dxa" w:w="5069"/>
            <w:shd w:fill="F7F8F3"/>
            <w:tcMar>
              <w:top w:w="115" w:type="dxa"/>
              <w:start w:w="120" w:type="dxa"/>
              <w:bottom w:w="115" w:type="dxa"/>
              <w:end w:w="120" w:type="dxa"/>
            </w:tcMar>
          </w:tcPr>
          <w:p>
            <w:pPr>
              <w:spacing w:after="60"/>
            </w:pPr>
            <w:r>
              <w:rPr>
                <w:b/>
                <w:color w:val="4D5E2E"/>
                <w:sz w:val="14"/>
              </w:rPr>
              <w:t>CO-APPLICANT TELEPHONE</w:t>
            </w:r>
          </w:p>
          <w:p>
            <w:pPr>
              <w:spacing w:after="0"/>
            </w:pPr>
            <w:r>
              <w:rPr>
                <w:color w:val="657064"/>
                <w:sz w:val="16"/>
              </w:rPr>
              <w:t>________________________________</w:t>
            </w:r>
          </w:p>
        </w:tc>
      </w:tr>
    </w:tbl>
    <w:p>
      <w:pPr>
        <w:spacing w:after="0"/>
      </w:pPr>
    </w:p>
    <w:p>
      <w:pPr>
        <w:spacing w:after="100"/>
      </w:pPr>
      <w:r>
        <w:rPr>
          <w:b/>
        </w:rPr>
        <w:t xml:space="preserve">Do you need an accessible application format, interpreter or other communication assistance?    </w:t>
      </w:r>
      <w:r>
        <w:t>☐ Yes     ☐ No     ☐ Not applicable</w:t>
      </w:r>
    </w:p>
    <w:p>
      <w:r>
        <w:t>If yes, preferred way for UNA to contact you: __________________________________________________</w:t>
      </w:r>
    </w:p>
    <w:p>
      <w:pPr>
        <w:pStyle w:val="Heading1"/>
      </w:pPr>
      <w:r>
        <w:t>B  General application preferences</w:t>
      </w:r>
    </w:p>
    <w:p>
      <w:r>
        <w:t>Housing pathway (check one):   ☐ Affordable rental    ☐ Rent-to-own consideration    ☐ Either pathway</w:t>
      </w:r>
    </w:p>
    <w:p>
      <w:r>
        <w:t>Requested location/community (if any): __________________________________________________________</w:t>
      </w:r>
    </w:p>
    <w:p>
      <w:r>
        <w:t>Preferred bedroom count (if known): __________   Intended move-in timeframe: _______________________</w:t>
      </w:r>
    </w:p>
    <w:p>
      <w:pPr>
        <w:pStyle w:val="Heading1"/>
      </w:pPr>
      <w:r>
        <w:t>C  All people who will live in the home</w:t>
      </w:r>
    </w:p>
    <w:p>
      <w:r>
        <w:t>List EVERY proposed resident, including infants, children, relatives and unrelated adults. Include primary and co-applicants. Use a continuation sheet if needed. For anyone under 18, state age rather than full date of birth.</w:t>
      </w:r>
    </w:p>
    <w:tbl>
      <w:tblPr>
        <w:tblW w:type="auto" w:w="0"/>
        <w:jc w:val="center"/>
        <w:tblLayout w:type="fixed"/>
        <w:tblLook w:firstColumn="1" w:firstRow="1" w:lastColumn="0" w:lastRow="0" w:noHBand="0" w:noVBand="1" w:val="04A0"/>
      </w:tblPr>
      <w:tblGrid>
        <w:gridCol w:w="2880"/>
        <w:gridCol w:w="792"/>
        <w:gridCol w:w="2952"/>
        <w:gridCol w:w="1512"/>
        <w:gridCol w:w="1728"/>
      </w:tblGrid>
      <w:tr>
        <w:trPr>
          <w:cantSplit/>
        </w:trPr>
        <w:tc>
          <w:tcPr>
            <w:tcW w:type="dxa" w:w="2028"/>
            <w:shd w:fill="4D5E2E"/>
            <w:tcMar>
              <w:top w:w="100" w:type="dxa"/>
              <w:start w:w="90" w:type="dxa"/>
              <w:bottom w:w="100" w:type="dxa"/>
              <w:end w:w="90" w:type="dxa"/>
            </w:tcMar>
          </w:tcPr>
          <w:p>
            <w:r>
              <w:rPr>
                <w:b/>
                <w:color w:val="FFFFFF"/>
                <w:sz w:val="15"/>
              </w:rPr>
              <w:t>Full legal name</w:t>
            </w:r>
          </w:p>
        </w:tc>
        <w:tc>
          <w:tcPr>
            <w:tcW w:type="dxa" w:w="2028"/>
            <w:shd w:fill="4D5E2E"/>
            <w:tcMar>
              <w:top w:w="100" w:type="dxa"/>
              <w:start w:w="90" w:type="dxa"/>
              <w:bottom w:w="100" w:type="dxa"/>
              <w:end w:w="90" w:type="dxa"/>
            </w:tcMar>
          </w:tcPr>
          <w:p>
            <w:r>
              <w:rPr>
                <w:b/>
                <w:color w:val="FFFFFF"/>
                <w:sz w:val="15"/>
              </w:rPr>
              <w:t>Age</w:t>
            </w:r>
          </w:p>
        </w:tc>
        <w:tc>
          <w:tcPr>
            <w:tcW w:type="dxa" w:w="2028"/>
            <w:shd w:fill="4D5E2E"/>
            <w:tcMar>
              <w:top w:w="100" w:type="dxa"/>
              <w:start w:w="90" w:type="dxa"/>
              <w:bottom w:w="100" w:type="dxa"/>
              <w:end w:w="90" w:type="dxa"/>
            </w:tcMar>
          </w:tcPr>
          <w:p>
            <w:r>
              <w:rPr>
                <w:b/>
                <w:color w:val="FFFFFF"/>
                <w:sz w:val="15"/>
              </w:rPr>
              <w:t>Relationship to primary applicant</w:t>
            </w:r>
          </w:p>
        </w:tc>
        <w:tc>
          <w:tcPr>
            <w:tcW w:type="dxa" w:w="2028"/>
            <w:shd w:fill="4D5E2E"/>
            <w:tcMar>
              <w:top w:w="100" w:type="dxa"/>
              <w:start w:w="90" w:type="dxa"/>
              <w:bottom w:w="100" w:type="dxa"/>
              <w:end w:w="90" w:type="dxa"/>
            </w:tcMar>
          </w:tcPr>
          <w:p>
            <w:r>
              <w:rPr>
                <w:b/>
                <w:color w:val="FFFFFF"/>
                <w:sz w:val="15"/>
              </w:rPr>
              <w:t>Adult (18+)?</w:t>
            </w:r>
          </w:p>
        </w:tc>
        <w:tc>
          <w:tcPr>
            <w:tcW w:type="dxa" w:w="2028"/>
            <w:shd w:fill="4D5E2E"/>
            <w:tcMar>
              <w:top w:w="100" w:type="dxa"/>
              <w:start w:w="90" w:type="dxa"/>
              <w:bottom w:w="100" w:type="dxa"/>
              <w:end w:w="90" w:type="dxa"/>
            </w:tcMar>
          </w:tcPr>
          <w:p>
            <w:r>
              <w:rPr>
                <w:b/>
                <w:color w:val="FFFFFF"/>
                <w:sz w:val="15"/>
              </w:rPr>
              <w:t>Will live in home?</w:t>
            </w:r>
          </w:p>
        </w:tc>
      </w:tr>
      <w:tr>
        <w:trPr>
          <w:trHeight w:val="446" w:hRule="atLeast"/>
          <w:cantSplit/>
        </w:trPr>
        <w:tc>
          <w:tcPr>
            <w:tcW w:type="dxa" w:w="2880"/>
            <w:vAlign w:val="center"/>
            <w:tcMar>
              <w:top w:w="85" w:type="dxa"/>
              <w:start w:w="90" w:type="dxa"/>
              <w:bottom w:w="85" w:type="dxa"/>
              <w:end w:w="90" w:type="dxa"/>
            </w:tcMar>
            <w:shd w:fill="FAFBF8"/>
          </w:tcPr>
          <w:p>
            <w:pPr>
              <w:spacing w:after="0"/>
            </w:pPr>
            <w:r>
              <w:rPr>
                <w:sz w:val="15"/>
              </w:rPr>
              <w:t>________________________________</w:t>
            </w:r>
          </w:p>
        </w:tc>
        <w:tc>
          <w:tcPr>
            <w:tcW w:type="dxa" w:w="792"/>
            <w:vAlign w:val="center"/>
            <w:tcMar>
              <w:top w:w="85" w:type="dxa"/>
              <w:start w:w="90" w:type="dxa"/>
              <w:bottom w:w="85" w:type="dxa"/>
              <w:end w:w="90" w:type="dxa"/>
            </w:tcMar>
            <w:shd w:fill="FAFBF8"/>
          </w:tcPr>
          <w:p>
            <w:pPr>
              <w:spacing w:after="0"/>
            </w:pPr>
            <w:r>
              <w:rPr>
                <w:sz w:val="15"/>
              </w:rPr>
              <w:t>______</w:t>
            </w:r>
          </w:p>
        </w:tc>
        <w:tc>
          <w:tcPr>
            <w:tcW w:type="dxa" w:w="2952"/>
            <w:vAlign w:val="center"/>
            <w:tcMar>
              <w:top w:w="85" w:type="dxa"/>
              <w:start w:w="90" w:type="dxa"/>
              <w:bottom w:w="85" w:type="dxa"/>
              <w:end w:w="90" w:type="dxa"/>
            </w:tcMar>
            <w:shd w:fill="FAFBF8"/>
          </w:tcPr>
          <w:p>
            <w:pPr>
              <w:spacing w:after="0"/>
            </w:pPr>
            <w:r>
              <w:rPr>
                <w:sz w:val="15"/>
              </w:rPr>
              <w:t>____________________________</w:t>
            </w:r>
          </w:p>
        </w:tc>
        <w:tc>
          <w:tcPr>
            <w:tcW w:type="dxa" w:w="1512"/>
            <w:vAlign w:val="center"/>
            <w:tcMar>
              <w:top w:w="85" w:type="dxa"/>
              <w:start w:w="90" w:type="dxa"/>
              <w:bottom w:w="85" w:type="dxa"/>
              <w:end w:w="90" w:type="dxa"/>
            </w:tcMar>
            <w:shd w:fill="FAFBF8"/>
          </w:tcPr>
          <w:p>
            <w:pPr>
              <w:spacing w:after="0"/>
            </w:pPr>
            <w:r>
              <w:rPr>
                <w:sz w:val="15"/>
              </w:rPr>
              <w:t>☐ Yes  ☐ No</w:t>
            </w:r>
          </w:p>
        </w:tc>
        <w:tc>
          <w:tcPr>
            <w:tcW w:type="dxa" w:w="1728"/>
            <w:vAlign w:val="center"/>
            <w:tcMar>
              <w:top w:w="85" w:type="dxa"/>
              <w:start w:w="90" w:type="dxa"/>
              <w:bottom w:w="85" w:type="dxa"/>
              <w:end w:w="90" w:type="dxa"/>
            </w:tcMar>
            <w:shd w:fill="FAFBF8"/>
          </w:tcPr>
          <w:p>
            <w:pPr>
              <w:spacing w:after="0"/>
            </w:pPr>
            <w:r>
              <w:rPr>
                <w:sz w:val="15"/>
              </w:rPr>
              <w:t>☐ Yes  ☐ No</w:t>
            </w:r>
          </w:p>
        </w:tc>
      </w:tr>
      <w:tr>
        <w:trPr>
          <w:trHeight w:val="446" w:hRule="atLeast"/>
          <w:cantSplit/>
        </w:trPr>
        <w:tc>
          <w:tcPr>
            <w:tcW w:type="dxa" w:w="2880"/>
            <w:vAlign w:val="center"/>
            <w:tcMar>
              <w:top w:w="85" w:type="dxa"/>
              <w:start w:w="90" w:type="dxa"/>
              <w:bottom w:w="85" w:type="dxa"/>
              <w:end w:w="90" w:type="dxa"/>
            </w:tcMar>
          </w:tcPr>
          <w:p>
            <w:pPr>
              <w:spacing w:after="0"/>
            </w:pPr>
            <w:r>
              <w:rPr>
                <w:sz w:val="15"/>
              </w:rPr>
              <w:t>________________________________</w:t>
            </w:r>
          </w:p>
        </w:tc>
        <w:tc>
          <w:tcPr>
            <w:tcW w:type="dxa" w:w="792"/>
            <w:vAlign w:val="center"/>
            <w:tcMar>
              <w:top w:w="85" w:type="dxa"/>
              <w:start w:w="90" w:type="dxa"/>
              <w:bottom w:w="85" w:type="dxa"/>
              <w:end w:w="90" w:type="dxa"/>
            </w:tcMar>
          </w:tcPr>
          <w:p>
            <w:pPr>
              <w:spacing w:after="0"/>
            </w:pPr>
            <w:r>
              <w:rPr>
                <w:sz w:val="15"/>
              </w:rPr>
              <w:t>______</w:t>
            </w:r>
          </w:p>
        </w:tc>
        <w:tc>
          <w:tcPr>
            <w:tcW w:type="dxa" w:w="2952"/>
            <w:vAlign w:val="center"/>
            <w:tcMar>
              <w:top w:w="85" w:type="dxa"/>
              <w:start w:w="90" w:type="dxa"/>
              <w:bottom w:w="85" w:type="dxa"/>
              <w:end w:w="90" w:type="dxa"/>
            </w:tcMar>
          </w:tcPr>
          <w:p>
            <w:pPr>
              <w:spacing w:after="0"/>
            </w:pPr>
            <w:r>
              <w:rPr>
                <w:sz w:val="15"/>
              </w:rPr>
              <w:t>____________________________</w:t>
            </w:r>
          </w:p>
        </w:tc>
        <w:tc>
          <w:tcPr>
            <w:tcW w:type="dxa" w:w="1512"/>
            <w:vAlign w:val="center"/>
            <w:tcMar>
              <w:top w:w="85" w:type="dxa"/>
              <w:start w:w="90" w:type="dxa"/>
              <w:bottom w:w="85" w:type="dxa"/>
              <w:end w:w="90" w:type="dxa"/>
            </w:tcMar>
          </w:tcPr>
          <w:p>
            <w:pPr>
              <w:spacing w:after="0"/>
            </w:pPr>
            <w:r>
              <w:rPr>
                <w:sz w:val="15"/>
              </w:rPr>
              <w:t>☐ Yes  ☐ No</w:t>
            </w:r>
          </w:p>
        </w:tc>
        <w:tc>
          <w:tcPr>
            <w:tcW w:type="dxa" w:w="1728"/>
            <w:vAlign w:val="center"/>
            <w:tcMar>
              <w:top w:w="85" w:type="dxa"/>
              <w:start w:w="90" w:type="dxa"/>
              <w:bottom w:w="85" w:type="dxa"/>
              <w:end w:w="90" w:type="dxa"/>
            </w:tcMar>
          </w:tcPr>
          <w:p>
            <w:pPr>
              <w:spacing w:after="0"/>
            </w:pPr>
            <w:r>
              <w:rPr>
                <w:sz w:val="15"/>
              </w:rPr>
              <w:t>☐ Yes  ☐ No</w:t>
            </w:r>
          </w:p>
        </w:tc>
      </w:tr>
      <w:tr>
        <w:trPr>
          <w:trHeight w:val="446" w:hRule="atLeast"/>
          <w:cantSplit/>
        </w:trPr>
        <w:tc>
          <w:tcPr>
            <w:tcW w:type="dxa" w:w="2880"/>
            <w:vAlign w:val="center"/>
            <w:tcMar>
              <w:top w:w="85" w:type="dxa"/>
              <w:start w:w="90" w:type="dxa"/>
              <w:bottom w:w="85" w:type="dxa"/>
              <w:end w:w="90" w:type="dxa"/>
            </w:tcMar>
            <w:shd w:fill="FAFBF8"/>
          </w:tcPr>
          <w:p>
            <w:pPr>
              <w:spacing w:after="0"/>
            </w:pPr>
            <w:r>
              <w:rPr>
                <w:sz w:val="15"/>
              </w:rPr>
              <w:t>________________________________</w:t>
            </w:r>
          </w:p>
        </w:tc>
        <w:tc>
          <w:tcPr>
            <w:tcW w:type="dxa" w:w="792"/>
            <w:vAlign w:val="center"/>
            <w:tcMar>
              <w:top w:w="85" w:type="dxa"/>
              <w:start w:w="90" w:type="dxa"/>
              <w:bottom w:w="85" w:type="dxa"/>
              <w:end w:w="90" w:type="dxa"/>
            </w:tcMar>
            <w:shd w:fill="FAFBF8"/>
          </w:tcPr>
          <w:p>
            <w:pPr>
              <w:spacing w:after="0"/>
            </w:pPr>
            <w:r>
              <w:rPr>
                <w:sz w:val="15"/>
              </w:rPr>
              <w:t>______</w:t>
            </w:r>
          </w:p>
        </w:tc>
        <w:tc>
          <w:tcPr>
            <w:tcW w:type="dxa" w:w="2952"/>
            <w:vAlign w:val="center"/>
            <w:tcMar>
              <w:top w:w="85" w:type="dxa"/>
              <w:start w:w="90" w:type="dxa"/>
              <w:bottom w:w="85" w:type="dxa"/>
              <w:end w:w="90" w:type="dxa"/>
            </w:tcMar>
            <w:shd w:fill="FAFBF8"/>
          </w:tcPr>
          <w:p>
            <w:pPr>
              <w:spacing w:after="0"/>
            </w:pPr>
            <w:r>
              <w:rPr>
                <w:sz w:val="15"/>
              </w:rPr>
              <w:t>____________________________</w:t>
            </w:r>
          </w:p>
        </w:tc>
        <w:tc>
          <w:tcPr>
            <w:tcW w:type="dxa" w:w="1512"/>
            <w:vAlign w:val="center"/>
            <w:tcMar>
              <w:top w:w="85" w:type="dxa"/>
              <w:start w:w="90" w:type="dxa"/>
              <w:bottom w:w="85" w:type="dxa"/>
              <w:end w:w="90" w:type="dxa"/>
            </w:tcMar>
            <w:shd w:fill="FAFBF8"/>
          </w:tcPr>
          <w:p>
            <w:pPr>
              <w:spacing w:after="0"/>
            </w:pPr>
            <w:r>
              <w:rPr>
                <w:sz w:val="15"/>
              </w:rPr>
              <w:t>☐ Yes  ☐ No</w:t>
            </w:r>
          </w:p>
        </w:tc>
        <w:tc>
          <w:tcPr>
            <w:tcW w:type="dxa" w:w="1728"/>
            <w:vAlign w:val="center"/>
            <w:tcMar>
              <w:top w:w="85" w:type="dxa"/>
              <w:start w:w="90" w:type="dxa"/>
              <w:bottom w:w="85" w:type="dxa"/>
              <w:end w:w="90" w:type="dxa"/>
            </w:tcMar>
            <w:shd w:fill="FAFBF8"/>
          </w:tcPr>
          <w:p>
            <w:pPr>
              <w:spacing w:after="0"/>
            </w:pPr>
            <w:r>
              <w:rPr>
                <w:sz w:val="15"/>
              </w:rPr>
              <w:t>☐ Yes  ☐ No</w:t>
            </w:r>
          </w:p>
        </w:tc>
      </w:tr>
      <w:tr>
        <w:trPr>
          <w:trHeight w:val="446" w:hRule="atLeast"/>
          <w:cantSplit/>
        </w:trPr>
        <w:tc>
          <w:tcPr>
            <w:tcW w:type="dxa" w:w="2880"/>
            <w:vAlign w:val="center"/>
            <w:tcMar>
              <w:top w:w="85" w:type="dxa"/>
              <w:start w:w="90" w:type="dxa"/>
              <w:bottom w:w="85" w:type="dxa"/>
              <w:end w:w="90" w:type="dxa"/>
            </w:tcMar>
          </w:tcPr>
          <w:p>
            <w:pPr>
              <w:spacing w:after="0"/>
            </w:pPr>
            <w:r>
              <w:rPr>
                <w:sz w:val="15"/>
              </w:rPr>
              <w:t>________________________________</w:t>
            </w:r>
          </w:p>
        </w:tc>
        <w:tc>
          <w:tcPr>
            <w:tcW w:type="dxa" w:w="792"/>
            <w:vAlign w:val="center"/>
            <w:tcMar>
              <w:top w:w="85" w:type="dxa"/>
              <w:start w:w="90" w:type="dxa"/>
              <w:bottom w:w="85" w:type="dxa"/>
              <w:end w:w="90" w:type="dxa"/>
            </w:tcMar>
          </w:tcPr>
          <w:p>
            <w:pPr>
              <w:spacing w:after="0"/>
            </w:pPr>
            <w:r>
              <w:rPr>
                <w:sz w:val="15"/>
              </w:rPr>
              <w:t>______</w:t>
            </w:r>
          </w:p>
        </w:tc>
        <w:tc>
          <w:tcPr>
            <w:tcW w:type="dxa" w:w="2952"/>
            <w:vAlign w:val="center"/>
            <w:tcMar>
              <w:top w:w="85" w:type="dxa"/>
              <w:start w:w="90" w:type="dxa"/>
              <w:bottom w:w="85" w:type="dxa"/>
              <w:end w:w="90" w:type="dxa"/>
            </w:tcMar>
          </w:tcPr>
          <w:p>
            <w:pPr>
              <w:spacing w:after="0"/>
            </w:pPr>
            <w:r>
              <w:rPr>
                <w:sz w:val="15"/>
              </w:rPr>
              <w:t>____________________________</w:t>
            </w:r>
          </w:p>
        </w:tc>
        <w:tc>
          <w:tcPr>
            <w:tcW w:type="dxa" w:w="1512"/>
            <w:vAlign w:val="center"/>
            <w:tcMar>
              <w:top w:w="85" w:type="dxa"/>
              <w:start w:w="90" w:type="dxa"/>
              <w:bottom w:w="85" w:type="dxa"/>
              <w:end w:w="90" w:type="dxa"/>
            </w:tcMar>
          </w:tcPr>
          <w:p>
            <w:pPr>
              <w:spacing w:after="0"/>
            </w:pPr>
            <w:r>
              <w:rPr>
                <w:sz w:val="15"/>
              </w:rPr>
              <w:t>☐ Yes  ☐ No</w:t>
            </w:r>
          </w:p>
        </w:tc>
        <w:tc>
          <w:tcPr>
            <w:tcW w:type="dxa" w:w="1728"/>
            <w:vAlign w:val="center"/>
            <w:tcMar>
              <w:top w:w="85" w:type="dxa"/>
              <w:start w:w="90" w:type="dxa"/>
              <w:bottom w:w="85" w:type="dxa"/>
              <w:end w:w="90" w:type="dxa"/>
            </w:tcMar>
          </w:tcPr>
          <w:p>
            <w:pPr>
              <w:spacing w:after="0"/>
            </w:pPr>
            <w:r>
              <w:rPr>
                <w:sz w:val="15"/>
              </w:rPr>
              <w:t>☐ Yes  ☐ No</w:t>
            </w:r>
          </w:p>
        </w:tc>
      </w:tr>
      <w:tr>
        <w:trPr>
          <w:trHeight w:val="446" w:hRule="atLeast"/>
          <w:cantSplit/>
        </w:trPr>
        <w:tc>
          <w:tcPr>
            <w:tcW w:type="dxa" w:w="2880"/>
            <w:vAlign w:val="center"/>
            <w:tcMar>
              <w:top w:w="85" w:type="dxa"/>
              <w:start w:w="90" w:type="dxa"/>
              <w:bottom w:w="85" w:type="dxa"/>
              <w:end w:w="90" w:type="dxa"/>
            </w:tcMar>
            <w:shd w:fill="FAFBF8"/>
          </w:tcPr>
          <w:p>
            <w:pPr>
              <w:spacing w:after="0"/>
            </w:pPr>
            <w:r>
              <w:rPr>
                <w:sz w:val="15"/>
              </w:rPr>
              <w:t>________________________________</w:t>
            </w:r>
          </w:p>
        </w:tc>
        <w:tc>
          <w:tcPr>
            <w:tcW w:type="dxa" w:w="792"/>
            <w:vAlign w:val="center"/>
            <w:tcMar>
              <w:top w:w="85" w:type="dxa"/>
              <w:start w:w="90" w:type="dxa"/>
              <w:bottom w:w="85" w:type="dxa"/>
              <w:end w:w="90" w:type="dxa"/>
            </w:tcMar>
            <w:shd w:fill="FAFBF8"/>
          </w:tcPr>
          <w:p>
            <w:pPr>
              <w:spacing w:after="0"/>
            </w:pPr>
            <w:r>
              <w:rPr>
                <w:sz w:val="15"/>
              </w:rPr>
              <w:t>______</w:t>
            </w:r>
          </w:p>
        </w:tc>
        <w:tc>
          <w:tcPr>
            <w:tcW w:type="dxa" w:w="2952"/>
            <w:vAlign w:val="center"/>
            <w:tcMar>
              <w:top w:w="85" w:type="dxa"/>
              <w:start w:w="90" w:type="dxa"/>
              <w:bottom w:w="85" w:type="dxa"/>
              <w:end w:w="90" w:type="dxa"/>
            </w:tcMar>
            <w:shd w:fill="FAFBF8"/>
          </w:tcPr>
          <w:p>
            <w:pPr>
              <w:spacing w:after="0"/>
            </w:pPr>
            <w:r>
              <w:rPr>
                <w:sz w:val="15"/>
              </w:rPr>
              <w:t>____________________________</w:t>
            </w:r>
          </w:p>
        </w:tc>
        <w:tc>
          <w:tcPr>
            <w:tcW w:type="dxa" w:w="1512"/>
            <w:vAlign w:val="center"/>
            <w:tcMar>
              <w:top w:w="85" w:type="dxa"/>
              <w:start w:w="90" w:type="dxa"/>
              <w:bottom w:w="85" w:type="dxa"/>
              <w:end w:w="90" w:type="dxa"/>
            </w:tcMar>
            <w:shd w:fill="FAFBF8"/>
          </w:tcPr>
          <w:p>
            <w:pPr>
              <w:spacing w:after="0"/>
            </w:pPr>
            <w:r>
              <w:rPr>
                <w:sz w:val="15"/>
              </w:rPr>
              <w:t>☐ Yes  ☐ No</w:t>
            </w:r>
          </w:p>
        </w:tc>
        <w:tc>
          <w:tcPr>
            <w:tcW w:type="dxa" w:w="1728"/>
            <w:vAlign w:val="center"/>
            <w:tcMar>
              <w:top w:w="85" w:type="dxa"/>
              <w:start w:w="90" w:type="dxa"/>
              <w:bottom w:w="85" w:type="dxa"/>
              <w:end w:w="90" w:type="dxa"/>
            </w:tcMar>
            <w:shd w:fill="FAFBF8"/>
          </w:tcPr>
          <w:p>
            <w:pPr>
              <w:spacing w:after="0"/>
            </w:pPr>
            <w:r>
              <w:rPr>
                <w:sz w:val="15"/>
              </w:rPr>
              <w:t>☐ Yes  ☐ No</w:t>
            </w:r>
          </w:p>
        </w:tc>
      </w:tr>
      <w:tr>
        <w:trPr>
          <w:trHeight w:val="446" w:hRule="atLeast"/>
          <w:cantSplit/>
        </w:trPr>
        <w:tc>
          <w:tcPr>
            <w:tcW w:type="dxa" w:w="2880"/>
            <w:vAlign w:val="center"/>
            <w:tcMar>
              <w:top w:w="85" w:type="dxa"/>
              <w:start w:w="90" w:type="dxa"/>
              <w:bottom w:w="85" w:type="dxa"/>
              <w:end w:w="90" w:type="dxa"/>
            </w:tcMar>
          </w:tcPr>
          <w:p>
            <w:pPr>
              <w:spacing w:after="0"/>
            </w:pPr>
            <w:r>
              <w:rPr>
                <w:sz w:val="15"/>
              </w:rPr>
              <w:t>________________________________</w:t>
            </w:r>
          </w:p>
        </w:tc>
        <w:tc>
          <w:tcPr>
            <w:tcW w:type="dxa" w:w="792"/>
            <w:vAlign w:val="center"/>
            <w:tcMar>
              <w:top w:w="85" w:type="dxa"/>
              <w:start w:w="90" w:type="dxa"/>
              <w:bottom w:w="85" w:type="dxa"/>
              <w:end w:w="90" w:type="dxa"/>
            </w:tcMar>
          </w:tcPr>
          <w:p>
            <w:pPr>
              <w:spacing w:after="0"/>
            </w:pPr>
            <w:r>
              <w:rPr>
                <w:sz w:val="15"/>
              </w:rPr>
              <w:t>______</w:t>
            </w:r>
          </w:p>
        </w:tc>
        <w:tc>
          <w:tcPr>
            <w:tcW w:type="dxa" w:w="2952"/>
            <w:vAlign w:val="center"/>
            <w:tcMar>
              <w:top w:w="85" w:type="dxa"/>
              <w:start w:w="90" w:type="dxa"/>
              <w:bottom w:w="85" w:type="dxa"/>
              <w:end w:w="90" w:type="dxa"/>
            </w:tcMar>
          </w:tcPr>
          <w:p>
            <w:pPr>
              <w:spacing w:after="0"/>
            </w:pPr>
            <w:r>
              <w:rPr>
                <w:sz w:val="15"/>
              </w:rPr>
              <w:t>____________________________</w:t>
            </w:r>
          </w:p>
        </w:tc>
        <w:tc>
          <w:tcPr>
            <w:tcW w:type="dxa" w:w="1512"/>
            <w:vAlign w:val="center"/>
            <w:tcMar>
              <w:top w:w="85" w:type="dxa"/>
              <w:start w:w="90" w:type="dxa"/>
              <w:bottom w:w="85" w:type="dxa"/>
              <w:end w:w="90" w:type="dxa"/>
            </w:tcMar>
          </w:tcPr>
          <w:p>
            <w:pPr>
              <w:spacing w:after="0"/>
            </w:pPr>
            <w:r>
              <w:rPr>
                <w:sz w:val="15"/>
              </w:rPr>
              <w:t>☐ Yes  ☐ No</w:t>
            </w:r>
          </w:p>
        </w:tc>
        <w:tc>
          <w:tcPr>
            <w:tcW w:type="dxa" w:w="1728"/>
            <w:vAlign w:val="center"/>
            <w:tcMar>
              <w:top w:w="85" w:type="dxa"/>
              <w:start w:w="90" w:type="dxa"/>
              <w:bottom w:w="85" w:type="dxa"/>
              <w:end w:w="90" w:type="dxa"/>
            </w:tcMar>
          </w:tcPr>
          <w:p>
            <w:pPr>
              <w:spacing w:after="0"/>
            </w:pPr>
            <w:r>
              <w:rPr>
                <w:sz w:val="15"/>
              </w:rPr>
              <w:t>☐ Yes  ☐ No</w:t>
            </w:r>
          </w:p>
        </w:tc>
      </w:tr>
      <w:tr>
        <w:trPr>
          <w:trHeight w:val="446" w:hRule="atLeast"/>
          <w:cantSplit/>
        </w:trPr>
        <w:tc>
          <w:tcPr>
            <w:tcW w:type="dxa" w:w="2880"/>
            <w:vAlign w:val="center"/>
            <w:tcMar>
              <w:top w:w="85" w:type="dxa"/>
              <w:start w:w="90" w:type="dxa"/>
              <w:bottom w:w="85" w:type="dxa"/>
              <w:end w:w="90" w:type="dxa"/>
            </w:tcMar>
            <w:shd w:fill="FAFBF8"/>
          </w:tcPr>
          <w:p>
            <w:pPr>
              <w:spacing w:after="0"/>
            </w:pPr>
            <w:r>
              <w:rPr>
                <w:sz w:val="15"/>
              </w:rPr>
              <w:t>________________________________</w:t>
            </w:r>
          </w:p>
        </w:tc>
        <w:tc>
          <w:tcPr>
            <w:tcW w:type="dxa" w:w="792"/>
            <w:vAlign w:val="center"/>
            <w:tcMar>
              <w:top w:w="85" w:type="dxa"/>
              <w:start w:w="90" w:type="dxa"/>
              <w:bottom w:w="85" w:type="dxa"/>
              <w:end w:w="90" w:type="dxa"/>
            </w:tcMar>
            <w:shd w:fill="FAFBF8"/>
          </w:tcPr>
          <w:p>
            <w:pPr>
              <w:spacing w:after="0"/>
            </w:pPr>
            <w:r>
              <w:rPr>
                <w:sz w:val="15"/>
              </w:rPr>
              <w:t>______</w:t>
            </w:r>
          </w:p>
        </w:tc>
        <w:tc>
          <w:tcPr>
            <w:tcW w:type="dxa" w:w="2952"/>
            <w:vAlign w:val="center"/>
            <w:tcMar>
              <w:top w:w="85" w:type="dxa"/>
              <w:start w:w="90" w:type="dxa"/>
              <w:bottom w:w="85" w:type="dxa"/>
              <w:end w:w="90" w:type="dxa"/>
            </w:tcMar>
            <w:shd w:fill="FAFBF8"/>
          </w:tcPr>
          <w:p>
            <w:pPr>
              <w:spacing w:after="0"/>
            </w:pPr>
            <w:r>
              <w:rPr>
                <w:sz w:val="15"/>
              </w:rPr>
              <w:t>____________________________</w:t>
            </w:r>
          </w:p>
        </w:tc>
        <w:tc>
          <w:tcPr>
            <w:tcW w:type="dxa" w:w="1512"/>
            <w:vAlign w:val="center"/>
            <w:tcMar>
              <w:top w:w="85" w:type="dxa"/>
              <w:start w:w="90" w:type="dxa"/>
              <w:bottom w:w="85" w:type="dxa"/>
              <w:end w:w="90" w:type="dxa"/>
            </w:tcMar>
            <w:shd w:fill="FAFBF8"/>
          </w:tcPr>
          <w:p>
            <w:pPr>
              <w:spacing w:after="0"/>
            </w:pPr>
            <w:r>
              <w:rPr>
                <w:sz w:val="15"/>
              </w:rPr>
              <w:t>☐ Yes  ☐ No</w:t>
            </w:r>
          </w:p>
        </w:tc>
        <w:tc>
          <w:tcPr>
            <w:tcW w:type="dxa" w:w="1728"/>
            <w:vAlign w:val="center"/>
            <w:tcMar>
              <w:top w:w="85" w:type="dxa"/>
              <w:start w:w="90" w:type="dxa"/>
              <w:bottom w:w="85" w:type="dxa"/>
              <w:end w:w="90" w:type="dxa"/>
            </w:tcMar>
            <w:shd w:fill="FAFBF8"/>
          </w:tcPr>
          <w:p>
            <w:pPr>
              <w:spacing w:after="0"/>
            </w:pPr>
            <w:r>
              <w:rPr>
                <w:sz w:val="15"/>
              </w:rPr>
              <w:t>☐ Yes  ☐ No</w:t>
            </w:r>
          </w:p>
        </w:tc>
      </w:tr>
      <w:tr>
        <w:trPr>
          <w:trHeight w:val="446" w:hRule="atLeast"/>
          <w:cantSplit/>
        </w:trPr>
        <w:tc>
          <w:tcPr>
            <w:tcW w:type="dxa" w:w="2880"/>
            <w:vAlign w:val="center"/>
            <w:tcMar>
              <w:top w:w="85" w:type="dxa"/>
              <w:start w:w="90" w:type="dxa"/>
              <w:bottom w:w="85" w:type="dxa"/>
              <w:end w:w="90" w:type="dxa"/>
            </w:tcMar>
          </w:tcPr>
          <w:p>
            <w:pPr>
              <w:spacing w:after="0"/>
            </w:pPr>
            <w:r>
              <w:rPr>
                <w:sz w:val="15"/>
              </w:rPr>
              <w:t>________________________________</w:t>
            </w:r>
          </w:p>
        </w:tc>
        <w:tc>
          <w:tcPr>
            <w:tcW w:type="dxa" w:w="792"/>
            <w:vAlign w:val="center"/>
            <w:tcMar>
              <w:top w:w="85" w:type="dxa"/>
              <w:start w:w="90" w:type="dxa"/>
              <w:bottom w:w="85" w:type="dxa"/>
              <w:end w:w="90" w:type="dxa"/>
            </w:tcMar>
          </w:tcPr>
          <w:p>
            <w:pPr>
              <w:spacing w:after="0"/>
            </w:pPr>
            <w:r>
              <w:rPr>
                <w:sz w:val="15"/>
              </w:rPr>
              <w:t>______</w:t>
            </w:r>
          </w:p>
        </w:tc>
        <w:tc>
          <w:tcPr>
            <w:tcW w:type="dxa" w:w="2952"/>
            <w:vAlign w:val="center"/>
            <w:tcMar>
              <w:top w:w="85" w:type="dxa"/>
              <w:start w:w="90" w:type="dxa"/>
              <w:bottom w:w="85" w:type="dxa"/>
              <w:end w:w="90" w:type="dxa"/>
            </w:tcMar>
          </w:tcPr>
          <w:p>
            <w:pPr>
              <w:spacing w:after="0"/>
            </w:pPr>
            <w:r>
              <w:rPr>
                <w:sz w:val="15"/>
              </w:rPr>
              <w:t>____________________________</w:t>
            </w:r>
          </w:p>
        </w:tc>
        <w:tc>
          <w:tcPr>
            <w:tcW w:type="dxa" w:w="1512"/>
            <w:vAlign w:val="center"/>
            <w:tcMar>
              <w:top w:w="85" w:type="dxa"/>
              <w:start w:w="90" w:type="dxa"/>
              <w:bottom w:w="85" w:type="dxa"/>
              <w:end w:w="90" w:type="dxa"/>
            </w:tcMar>
          </w:tcPr>
          <w:p>
            <w:pPr>
              <w:spacing w:after="0"/>
            </w:pPr>
            <w:r>
              <w:rPr>
                <w:sz w:val="15"/>
              </w:rPr>
              <w:t>☐ Yes  ☐ No</w:t>
            </w:r>
          </w:p>
        </w:tc>
        <w:tc>
          <w:tcPr>
            <w:tcW w:type="dxa" w:w="1728"/>
            <w:vAlign w:val="center"/>
            <w:tcMar>
              <w:top w:w="85" w:type="dxa"/>
              <w:start w:w="90" w:type="dxa"/>
              <w:bottom w:w="85" w:type="dxa"/>
              <w:end w:w="90" w:type="dxa"/>
            </w:tcMar>
          </w:tcPr>
          <w:p>
            <w:pPr>
              <w:spacing w:after="0"/>
            </w:pPr>
            <w:r>
              <w:rPr>
                <w:sz w:val="15"/>
              </w:rPr>
              <w:t>☐ Yes  ☐ No</w:t>
            </w:r>
          </w:p>
        </w:tc>
      </w:tr>
      <w:tr>
        <w:trPr>
          <w:trHeight w:val="446" w:hRule="atLeast"/>
          <w:cantSplit/>
        </w:trPr>
        <w:tc>
          <w:tcPr>
            <w:tcW w:type="dxa" w:w="2880"/>
            <w:vAlign w:val="center"/>
            <w:tcMar>
              <w:top w:w="85" w:type="dxa"/>
              <w:start w:w="90" w:type="dxa"/>
              <w:bottom w:w="85" w:type="dxa"/>
              <w:end w:w="90" w:type="dxa"/>
            </w:tcMar>
            <w:shd w:fill="FAFBF8"/>
          </w:tcPr>
          <w:p>
            <w:pPr>
              <w:spacing w:after="0"/>
            </w:pPr>
            <w:r>
              <w:rPr>
                <w:sz w:val="15"/>
              </w:rPr>
              <w:t>________________________________</w:t>
            </w:r>
          </w:p>
        </w:tc>
        <w:tc>
          <w:tcPr>
            <w:tcW w:type="dxa" w:w="792"/>
            <w:vAlign w:val="center"/>
            <w:tcMar>
              <w:top w:w="85" w:type="dxa"/>
              <w:start w:w="90" w:type="dxa"/>
              <w:bottom w:w="85" w:type="dxa"/>
              <w:end w:w="90" w:type="dxa"/>
            </w:tcMar>
            <w:shd w:fill="FAFBF8"/>
          </w:tcPr>
          <w:p>
            <w:pPr>
              <w:spacing w:after="0"/>
            </w:pPr>
            <w:r>
              <w:rPr>
                <w:sz w:val="15"/>
              </w:rPr>
              <w:t>______</w:t>
            </w:r>
          </w:p>
        </w:tc>
        <w:tc>
          <w:tcPr>
            <w:tcW w:type="dxa" w:w="2952"/>
            <w:vAlign w:val="center"/>
            <w:tcMar>
              <w:top w:w="85" w:type="dxa"/>
              <w:start w:w="90" w:type="dxa"/>
              <w:bottom w:w="85" w:type="dxa"/>
              <w:end w:w="90" w:type="dxa"/>
            </w:tcMar>
            <w:shd w:fill="FAFBF8"/>
          </w:tcPr>
          <w:p>
            <w:pPr>
              <w:spacing w:after="0"/>
            </w:pPr>
            <w:r>
              <w:rPr>
                <w:sz w:val="15"/>
              </w:rPr>
              <w:t>____________________________</w:t>
            </w:r>
          </w:p>
        </w:tc>
        <w:tc>
          <w:tcPr>
            <w:tcW w:type="dxa" w:w="1512"/>
            <w:vAlign w:val="center"/>
            <w:tcMar>
              <w:top w:w="85" w:type="dxa"/>
              <w:start w:w="90" w:type="dxa"/>
              <w:bottom w:w="85" w:type="dxa"/>
              <w:end w:w="90" w:type="dxa"/>
            </w:tcMar>
            <w:shd w:fill="FAFBF8"/>
          </w:tcPr>
          <w:p>
            <w:pPr>
              <w:spacing w:after="0"/>
            </w:pPr>
            <w:r>
              <w:rPr>
                <w:sz w:val="15"/>
              </w:rPr>
              <w:t>☐ Yes  ☐ No</w:t>
            </w:r>
          </w:p>
        </w:tc>
        <w:tc>
          <w:tcPr>
            <w:tcW w:type="dxa" w:w="1728"/>
            <w:vAlign w:val="center"/>
            <w:tcMar>
              <w:top w:w="85" w:type="dxa"/>
              <w:start w:w="90" w:type="dxa"/>
              <w:bottom w:w="85" w:type="dxa"/>
              <w:end w:w="90" w:type="dxa"/>
            </w:tcMar>
            <w:shd w:fill="FAFBF8"/>
          </w:tcPr>
          <w:p>
            <w:pPr>
              <w:spacing w:after="0"/>
            </w:pPr>
            <w:r>
              <w:rPr>
                <w:sz w:val="15"/>
              </w:rPr>
              <w:t>☐ Yes  ☐ No</w:t>
            </w:r>
          </w:p>
        </w:tc>
      </w:tr>
    </w:tbl>
    <w:p>
      <w:pPr>
        <w:spacing w:after="0"/>
      </w:pPr>
    </w:p>
    <w:p>
      <w:r>
        <w:t>Are any children expected to live in the home part-time, pursuant to custody or other arrangements?  ☐ Yes  ☐ No</w:t>
      </w:r>
    </w:p>
    <w:p>
      <w:r>
        <w:t>If yes, list name(s) and usual schedule (no court records required at initial application): ________________________</w:t>
      </w:r>
    </w:p>
    <w:p>
      <w:pPr>
        <w:spacing w:after="140"/>
      </w:pPr>
      <w:r>
        <w:rPr>
          <w:b/>
          <w:sz w:val="17"/>
        </w:rPr>
        <w:t xml:space="preserve">Other lawful occupants or live-in aide arrangement to discuss privately   </w:t>
      </w:r>
      <w:r>
        <w:t>___________________________________________________</w:t>
      </w:r>
    </w:p>
    <w:p>
      <w:pPr>
        <w:pStyle w:val="Heading1"/>
      </w:pPr>
      <w:r>
        <w:t>D  Current housing circumstances</w:t>
      </w:r>
    </w:p>
    <w:tbl>
      <w:tblPr>
        <w:tblW w:type="auto" w:w="0"/>
        <w:tblLayout w:type="fixed"/>
        <w:tblLook w:firstColumn="1" w:firstRow="1" w:lastColumn="0" w:lastRow="0" w:noHBand="0" w:noVBand="1" w:val="04A0"/>
      </w:tblPr>
      <w:tblGrid>
        <w:gridCol w:w="5069"/>
        <w:gridCol w:w="5069"/>
      </w:tblGrid>
      <w:tr>
        <w:trPr>
          <w:cantSplit/>
        </w:trPr>
        <w:tc>
          <w:tcPr>
            <w:tcW w:type="dxa" w:w="5069"/>
            <w:shd w:fill="F7F8F3"/>
            <w:tcMar>
              <w:top w:w="115" w:type="dxa"/>
              <w:start w:w="120" w:type="dxa"/>
              <w:bottom w:w="115" w:type="dxa"/>
              <w:end w:w="120" w:type="dxa"/>
            </w:tcMar>
          </w:tcPr>
          <w:p>
            <w:pPr>
              <w:spacing w:after="60"/>
            </w:pPr>
            <w:r>
              <w:rPr>
                <w:b/>
                <w:color w:val="4D5E2E"/>
                <w:sz w:val="14"/>
              </w:rPr>
              <w:t>CURRENT HOUSING STATUS</w:t>
            </w:r>
          </w:p>
          <w:p>
            <w:pPr>
              <w:spacing w:after="0"/>
            </w:pPr>
            <w:r>
              <w:rPr>
                <w:color w:val="657064"/>
                <w:sz w:val="16"/>
              </w:rPr>
              <w:t>☐ Renting  ☐ Own  ☐ Staying with others</w:t>
            </w:r>
          </w:p>
        </w:tc>
        <w:tc>
          <w:tcPr>
            <w:tcW w:type="dxa" w:w="5069"/>
            <w:shd w:fill="F7F8F3"/>
            <w:tcMar>
              <w:top w:w="115" w:type="dxa"/>
              <w:start w:w="120" w:type="dxa"/>
              <w:bottom w:w="115" w:type="dxa"/>
              <w:end w:w="120" w:type="dxa"/>
            </w:tcMar>
          </w:tcPr>
          <w:p>
            <w:pPr>
              <w:spacing w:after="60"/>
            </w:pPr>
            <w:r>
              <w:rPr>
                <w:b/>
                <w:color w:val="4D5E2E"/>
                <w:sz w:val="14"/>
              </w:rPr>
              <w:t>MONTHLY AMOUNT PAID FOR HOUSING</w:t>
            </w:r>
          </w:p>
          <w:p>
            <w:pPr>
              <w:spacing w:after="0"/>
            </w:pPr>
            <w:r>
              <w:rPr>
                <w:color w:val="657064"/>
                <w:sz w:val="16"/>
              </w:rPr>
              <w:t>$_______________________________</w:t>
            </w:r>
          </w:p>
        </w:tc>
      </w:tr>
      <w:tr>
        <w:trPr>
          <w:cantSplit/>
        </w:trPr>
        <w:tc>
          <w:tcPr>
            <w:tcW w:type="dxa" w:w="5069"/>
            <w:shd w:fill="F7F8F3"/>
            <w:tcMar>
              <w:top w:w="115" w:type="dxa"/>
              <w:start w:w="120" w:type="dxa"/>
              <w:bottom w:w="115" w:type="dxa"/>
              <w:end w:w="120" w:type="dxa"/>
            </w:tcMar>
          </w:tcPr>
          <w:p>
            <w:pPr>
              <w:spacing w:after="60"/>
            </w:pPr>
            <w:r>
              <w:rPr>
                <w:b/>
                <w:color w:val="4D5E2E"/>
                <w:sz w:val="14"/>
              </w:rPr>
              <w:t>LENGTH OF TIME AT CURRENT ADDRESS</w:t>
            </w:r>
          </w:p>
          <w:p>
            <w:pPr>
              <w:spacing w:after="0"/>
            </w:pPr>
            <w:r>
              <w:rPr>
                <w:color w:val="657064"/>
                <w:sz w:val="16"/>
              </w:rPr>
              <w:t>________________________________</w:t>
            </w:r>
          </w:p>
        </w:tc>
        <w:tc>
          <w:tcPr>
            <w:tcW w:type="dxa" w:w="5069"/>
            <w:shd w:fill="F7F8F3"/>
            <w:tcMar>
              <w:top w:w="115" w:type="dxa"/>
              <w:start w:w="120" w:type="dxa"/>
              <w:bottom w:w="115" w:type="dxa"/>
              <w:end w:w="120" w:type="dxa"/>
            </w:tcMar>
          </w:tcPr>
          <w:p>
            <w:pPr>
              <w:spacing w:after="60"/>
            </w:pPr>
            <w:r>
              <w:rPr>
                <w:b/>
                <w:color w:val="4D5E2E"/>
                <w:sz w:val="14"/>
              </w:rPr>
              <w:t>LANDLORD/PROPERTY MANAGER CONTACT</w:t>
            </w:r>
          </w:p>
          <w:p>
            <w:pPr>
              <w:spacing w:after="0"/>
            </w:pPr>
            <w:r>
              <w:rPr>
                <w:color w:val="657064"/>
                <w:sz w:val="16"/>
              </w:rPr>
              <w:t>________________________________</w:t>
            </w:r>
          </w:p>
        </w:tc>
      </w:tr>
    </w:tbl>
    <w:p>
      <w:pPr>
        <w:spacing w:after="0"/>
      </w:pPr>
    </w:p>
    <w:p>
      <w:r>
        <w:t>Reason for seeking new housing (optional): ______________________________________________________</w:t>
      </w:r>
    </w:p>
    <w:p>
      <w:r>
        <w:t>_____________________________________________________________________________________________</w:t>
      </w:r>
    </w:p>
    <w:p>
      <w:pPr>
        <w:spacing w:after="80"/>
      </w:pPr>
      <w:r>
        <w:t>☐  I am willing to provide former housing references when reasonably requested.</w:t>
      </w:r>
    </w:p>
    <w:p>
      <w:pPr>
        <w:spacing w:after="80"/>
      </w:pPr>
      <w:r>
        <w:t>☐  I have a housing voucher or other rental subsidy and would like UNA to coordinate verification confidentially.</w:t>
      </w:r>
    </w:p>
    <w:p>
      <w:pPr>
        <w:pStyle w:val="Heading1"/>
      </w:pPr>
      <w:r>
        <w:t>E  Household income, benefits and assistance</w:t>
      </w:r>
    </w:p>
    <w:p>
      <w:r>
        <w:t>List income received by each proposed household member where requested under applicable funding rules. Indicate gross amount and payment frequency. If a household member has no income, write “None.” Attach a continuation sheet for additional entries.</w:t>
      </w:r>
    </w:p>
    <w:tbl>
      <w:tblPr>
        <w:tblW w:type="auto" w:w="0"/>
        <w:jc w:val="center"/>
        <w:tblLayout w:type="fixed"/>
        <w:tblLook w:firstColumn="1" w:firstRow="1" w:lastColumn="0" w:lastRow="0" w:noHBand="0" w:noVBand="1" w:val="04A0"/>
      </w:tblPr>
      <w:tblGrid>
        <w:gridCol w:w="1944"/>
        <w:gridCol w:w="3312"/>
        <w:gridCol w:w="1512"/>
        <w:gridCol w:w="1685"/>
        <w:gridCol w:w="1512"/>
      </w:tblGrid>
      <w:tr>
        <w:trPr>
          <w:cantSplit/>
        </w:trPr>
        <w:tc>
          <w:tcPr>
            <w:tcW w:type="dxa" w:w="2028"/>
            <w:shd w:fill="4D5E2E"/>
            <w:tcMar>
              <w:top w:w="100" w:type="dxa"/>
              <w:start w:w="90" w:type="dxa"/>
              <w:bottom w:w="100" w:type="dxa"/>
              <w:end w:w="90" w:type="dxa"/>
            </w:tcMar>
          </w:tcPr>
          <w:p>
            <w:r>
              <w:rPr>
                <w:b/>
                <w:color w:val="FFFFFF"/>
                <w:sz w:val="14"/>
              </w:rPr>
              <w:t>Household member</w:t>
            </w:r>
          </w:p>
        </w:tc>
        <w:tc>
          <w:tcPr>
            <w:tcW w:type="dxa" w:w="2028"/>
            <w:shd w:fill="4D5E2E"/>
            <w:tcMar>
              <w:top w:w="100" w:type="dxa"/>
              <w:start w:w="90" w:type="dxa"/>
              <w:bottom w:w="100" w:type="dxa"/>
              <w:end w:w="90" w:type="dxa"/>
            </w:tcMar>
          </w:tcPr>
          <w:p>
            <w:r>
              <w:rPr>
                <w:b/>
                <w:color w:val="FFFFFF"/>
                <w:sz w:val="14"/>
              </w:rPr>
              <w:t>Income source / employer or benefit</w:t>
            </w:r>
          </w:p>
        </w:tc>
        <w:tc>
          <w:tcPr>
            <w:tcW w:type="dxa" w:w="2028"/>
            <w:shd w:fill="4D5E2E"/>
            <w:tcMar>
              <w:top w:w="100" w:type="dxa"/>
              <w:start w:w="90" w:type="dxa"/>
              <w:bottom w:w="100" w:type="dxa"/>
              <w:end w:w="90" w:type="dxa"/>
            </w:tcMar>
          </w:tcPr>
          <w:p>
            <w:r>
              <w:rPr>
                <w:b/>
                <w:color w:val="FFFFFF"/>
                <w:sz w:val="14"/>
              </w:rPr>
              <w:t>Gross amount</w:t>
            </w:r>
          </w:p>
        </w:tc>
        <w:tc>
          <w:tcPr>
            <w:tcW w:type="dxa" w:w="2028"/>
            <w:shd w:fill="4D5E2E"/>
            <w:tcMar>
              <w:top w:w="100" w:type="dxa"/>
              <w:start w:w="90" w:type="dxa"/>
              <w:bottom w:w="100" w:type="dxa"/>
              <w:end w:w="90" w:type="dxa"/>
            </w:tcMar>
          </w:tcPr>
          <w:p>
            <w:r>
              <w:rPr>
                <w:b/>
                <w:color w:val="FFFFFF"/>
                <w:sz w:val="14"/>
              </w:rPr>
              <w:t>$ per</w:t>
            </w:r>
          </w:p>
        </w:tc>
        <w:tc>
          <w:tcPr>
            <w:tcW w:type="dxa" w:w="2028"/>
            <w:shd w:fill="4D5E2E"/>
            <w:tcMar>
              <w:top w:w="100" w:type="dxa"/>
              <w:start w:w="90" w:type="dxa"/>
              <w:bottom w:w="100" w:type="dxa"/>
              <w:end w:w="90" w:type="dxa"/>
            </w:tcMar>
          </w:tcPr>
          <w:p>
            <w:r>
              <w:rPr>
                <w:b/>
                <w:color w:val="FFFFFF"/>
                <w:sz w:val="14"/>
              </w:rPr>
              <w:t>Documentation available</w:t>
            </w:r>
          </w:p>
        </w:tc>
      </w:tr>
      <w:tr>
        <w:trPr>
          <w:trHeight w:val="504" w:hRule="atLeast"/>
          <w:cantSplit/>
        </w:trPr>
        <w:tc>
          <w:tcPr>
            <w:tcW w:type="dxa" w:w="1944"/>
            <w:vAlign w:val="center"/>
            <w:tcMar>
              <w:top w:w="85" w:type="dxa"/>
              <w:start w:w="90" w:type="dxa"/>
              <w:bottom w:w="85" w:type="dxa"/>
              <w:end w:w="90" w:type="dxa"/>
            </w:tcMar>
            <w:shd w:fill="FAFBF8"/>
          </w:tcPr>
          <w:p>
            <w:pPr>
              <w:spacing w:after="0"/>
            </w:pPr>
            <w:r>
              <w:rPr>
                <w:sz w:val="14"/>
              </w:rPr>
              <w:t>____________________</w:t>
            </w:r>
          </w:p>
        </w:tc>
        <w:tc>
          <w:tcPr>
            <w:tcW w:type="dxa" w:w="3312"/>
            <w:vAlign w:val="center"/>
            <w:tcMar>
              <w:top w:w="85" w:type="dxa"/>
              <w:start w:w="90" w:type="dxa"/>
              <w:bottom w:w="85" w:type="dxa"/>
              <w:end w:w="90" w:type="dxa"/>
            </w:tcMar>
            <w:shd w:fill="FAFBF8"/>
          </w:tcPr>
          <w:p>
            <w:pPr>
              <w:spacing w:after="0"/>
            </w:pPr>
            <w:r>
              <w:rPr>
                <w:sz w:val="14"/>
              </w:rPr>
              <w:t>____________________________</w:t>
            </w:r>
          </w:p>
        </w:tc>
        <w:tc>
          <w:tcPr>
            <w:tcW w:type="dxa" w:w="1512"/>
            <w:vAlign w:val="center"/>
            <w:tcMar>
              <w:top w:w="85" w:type="dxa"/>
              <w:start w:w="90" w:type="dxa"/>
              <w:bottom w:w="85" w:type="dxa"/>
              <w:end w:w="90" w:type="dxa"/>
            </w:tcMar>
            <w:shd w:fill="FAFBF8"/>
          </w:tcPr>
          <w:p>
            <w:pPr>
              <w:spacing w:after="0"/>
            </w:pPr>
            <w:r>
              <w:rPr>
                <w:sz w:val="14"/>
              </w:rPr>
              <w:t>$__________</w:t>
            </w:r>
          </w:p>
        </w:tc>
        <w:tc>
          <w:tcPr>
            <w:tcW w:type="dxa" w:w="1685"/>
            <w:vAlign w:val="center"/>
            <w:tcMar>
              <w:top w:w="85" w:type="dxa"/>
              <w:start w:w="90" w:type="dxa"/>
              <w:bottom w:w="85" w:type="dxa"/>
              <w:end w:w="90" w:type="dxa"/>
            </w:tcMar>
            <w:shd w:fill="FAFBF8"/>
          </w:tcPr>
          <w:p>
            <w:pPr>
              <w:spacing w:after="0"/>
            </w:pPr>
            <w:r>
              <w:rPr>
                <w:sz w:val="14"/>
              </w:rPr>
              <w:t>☐ Week ☐ Month</w:t>
              <w:br/>
              <w:t>☐ Year</w:t>
            </w:r>
          </w:p>
        </w:tc>
        <w:tc>
          <w:tcPr>
            <w:tcW w:type="dxa" w:w="1512"/>
            <w:vAlign w:val="center"/>
            <w:tcMar>
              <w:top w:w="85" w:type="dxa"/>
              <w:start w:w="90" w:type="dxa"/>
              <w:bottom w:w="85" w:type="dxa"/>
              <w:end w:w="90" w:type="dxa"/>
            </w:tcMar>
            <w:shd w:fill="FAFBF8"/>
          </w:tcPr>
          <w:p>
            <w:pPr>
              <w:spacing w:after="0"/>
            </w:pPr>
            <w:r>
              <w:rPr>
                <w:sz w:val="14"/>
              </w:rPr>
              <w:t>____________________</w:t>
            </w:r>
          </w:p>
        </w:tc>
      </w:tr>
      <w:tr>
        <w:trPr>
          <w:trHeight w:val="504" w:hRule="atLeast"/>
          <w:cantSplit/>
        </w:trPr>
        <w:tc>
          <w:tcPr>
            <w:tcW w:type="dxa" w:w="1944"/>
            <w:vAlign w:val="center"/>
            <w:tcMar>
              <w:top w:w="85" w:type="dxa"/>
              <w:start w:w="90" w:type="dxa"/>
              <w:bottom w:w="85" w:type="dxa"/>
              <w:end w:w="90" w:type="dxa"/>
            </w:tcMar>
          </w:tcPr>
          <w:p>
            <w:pPr>
              <w:spacing w:after="0"/>
            </w:pPr>
            <w:r>
              <w:rPr>
                <w:sz w:val="14"/>
              </w:rPr>
              <w:t>____________________</w:t>
            </w:r>
          </w:p>
        </w:tc>
        <w:tc>
          <w:tcPr>
            <w:tcW w:type="dxa" w:w="3312"/>
            <w:vAlign w:val="center"/>
            <w:tcMar>
              <w:top w:w="85" w:type="dxa"/>
              <w:start w:w="90" w:type="dxa"/>
              <w:bottom w:w="85" w:type="dxa"/>
              <w:end w:w="90" w:type="dxa"/>
            </w:tcMar>
          </w:tcPr>
          <w:p>
            <w:pPr>
              <w:spacing w:after="0"/>
            </w:pPr>
            <w:r>
              <w:rPr>
                <w:sz w:val="14"/>
              </w:rPr>
              <w:t>____________________________</w:t>
            </w:r>
          </w:p>
        </w:tc>
        <w:tc>
          <w:tcPr>
            <w:tcW w:type="dxa" w:w="1512"/>
            <w:vAlign w:val="center"/>
            <w:tcMar>
              <w:top w:w="85" w:type="dxa"/>
              <w:start w:w="90" w:type="dxa"/>
              <w:bottom w:w="85" w:type="dxa"/>
              <w:end w:w="90" w:type="dxa"/>
            </w:tcMar>
          </w:tcPr>
          <w:p>
            <w:pPr>
              <w:spacing w:after="0"/>
            </w:pPr>
            <w:r>
              <w:rPr>
                <w:sz w:val="14"/>
              </w:rPr>
              <w:t>$__________</w:t>
            </w:r>
          </w:p>
        </w:tc>
        <w:tc>
          <w:tcPr>
            <w:tcW w:type="dxa" w:w="1685"/>
            <w:vAlign w:val="center"/>
            <w:tcMar>
              <w:top w:w="85" w:type="dxa"/>
              <w:start w:w="90" w:type="dxa"/>
              <w:bottom w:w="85" w:type="dxa"/>
              <w:end w:w="90" w:type="dxa"/>
            </w:tcMar>
          </w:tcPr>
          <w:p>
            <w:pPr>
              <w:spacing w:after="0"/>
            </w:pPr>
            <w:r>
              <w:rPr>
                <w:sz w:val="14"/>
              </w:rPr>
              <w:t>☐ Week ☐ Month</w:t>
              <w:br/>
              <w:t>☐ Year</w:t>
            </w:r>
          </w:p>
        </w:tc>
        <w:tc>
          <w:tcPr>
            <w:tcW w:type="dxa" w:w="1512"/>
            <w:vAlign w:val="center"/>
            <w:tcMar>
              <w:top w:w="85" w:type="dxa"/>
              <w:start w:w="90" w:type="dxa"/>
              <w:bottom w:w="85" w:type="dxa"/>
              <w:end w:w="90" w:type="dxa"/>
            </w:tcMar>
          </w:tcPr>
          <w:p>
            <w:pPr>
              <w:spacing w:after="0"/>
            </w:pPr>
            <w:r>
              <w:rPr>
                <w:sz w:val="14"/>
              </w:rPr>
              <w:t>____________________</w:t>
            </w:r>
          </w:p>
        </w:tc>
      </w:tr>
      <w:tr>
        <w:trPr>
          <w:trHeight w:val="504" w:hRule="atLeast"/>
          <w:cantSplit/>
        </w:trPr>
        <w:tc>
          <w:tcPr>
            <w:tcW w:type="dxa" w:w="1944"/>
            <w:vAlign w:val="center"/>
            <w:tcMar>
              <w:top w:w="85" w:type="dxa"/>
              <w:start w:w="90" w:type="dxa"/>
              <w:bottom w:w="85" w:type="dxa"/>
              <w:end w:w="90" w:type="dxa"/>
            </w:tcMar>
            <w:shd w:fill="FAFBF8"/>
          </w:tcPr>
          <w:p>
            <w:pPr>
              <w:spacing w:after="0"/>
            </w:pPr>
            <w:r>
              <w:rPr>
                <w:sz w:val="14"/>
              </w:rPr>
              <w:t>____________________</w:t>
            </w:r>
          </w:p>
        </w:tc>
        <w:tc>
          <w:tcPr>
            <w:tcW w:type="dxa" w:w="3312"/>
            <w:vAlign w:val="center"/>
            <w:tcMar>
              <w:top w:w="85" w:type="dxa"/>
              <w:start w:w="90" w:type="dxa"/>
              <w:bottom w:w="85" w:type="dxa"/>
              <w:end w:w="90" w:type="dxa"/>
            </w:tcMar>
            <w:shd w:fill="FAFBF8"/>
          </w:tcPr>
          <w:p>
            <w:pPr>
              <w:spacing w:after="0"/>
            </w:pPr>
            <w:r>
              <w:rPr>
                <w:sz w:val="14"/>
              </w:rPr>
              <w:t>____________________________</w:t>
            </w:r>
          </w:p>
        </w:tc>
        <w:tc>
          <w:tcPr>
            <w:tcW w:type="dxa" w:w="1512"/>
            <w:vAlign w:val="center"/>
            <w:tcMar>
              <w:top w:w="85" w:type="dxa"/>
              <w:start w:w="90" w:type="dxa"/>
              <w:bottom w:w="85" w:type="dxa"/>
              <w:end w:w="90" w:type="dxa"/>
            </w:tcMar>
            <w:shd w:fill="FAFBF8"/>
          </w:tcPr>
          <w:p>
            <w:pPr>
              <w:spacing w:after="0"/>
            </w:pPr>
            <w:r>
              <w:rPr>
                <w:sz w:val="14"/>
              </w:rPr>
              <w:t>$__________</w:t>
            </w:r>
          </w:p>
        </w:tc>
        <w:tc>
          <w:tcPr>
            <w:tcW w:type="dxa" w:w="1685"/>
            <w:vAlign w:val="center"/>
            <w:tcMar>
              <w:top w:w="85" w:type="dxa"/>
              <w:start w:w="90" w:type="dxa"/>
              <w:bottom w:w="85" w:type="dxa"/>
              <w:end w:w="90" w:type="dxa"/>
            </w:tcMar>
            <w:shd w:fill="FAFBF8"/>
          </w:tcPr>
          <w:p>
            <w:pPr>
              <w:spacing w:after="0"/>
            </w:pPr>
            <w:r>
              <w:rPr>
                <w:sz w:val="14"/>
              </w:rPr>
              <w:t>☐ Week ☐ Month</w:t>
              <w:br/>
              <w:t>☐ Year</w:t>
            </w:r>
          </w:p>
        </w:tc>
        <w:tc>
          <w:tcPr>
            <w:tcW w:type="dxa" w:w="1512"/>
            <w:vAlign w:val="center"/>
            <w:tcMar>
              <w:top w:w="85" w:type="dxa"/>
              <w:start w:w="90" w:type="dxa"/>
              <w:bottom w:w="85" w:type="dxa"/>
              <w:end w:w="90" w:type="dxa"/>
            </w:tcMar>
            <w:shd w:fill="FAFBF8"/>
          </w:tcPr>
          <w:p>
            <w:pPr>
              <w:spacing w:after="0"/>
            </w:pPr>
            <w:r>
              <w:rPr>
                <w:sz w:val="14"/>
              </w:rPr>
              <w:t>____________________</w:t>
            </w:r>
          </w:p>
        </w:tc>
      </w:tr>
      <w:tr>
        <w:trPr>
          <w:trHeight w:val="504" w:hRule="atLeast"/>
          <w:cantSplit/>
        </w:trPr>
        <w:tc>
          <w:tcPr>
            <w:tcW w:type="dxa" w:w="1944"/>
            <w:vAlign w:val="center"/>
            <w:tcMar>
              <w:top w:w="85" w:type="dxa"/>
              <w:start w:w="90" w:type="dxa"/>
              <w:bottom w:w="85" w:type="dxa"/>
              <w:end w:w="90" w:type="dxa"/>
            </w:tcMar>
          </w:tcPr>
          <w:p>
            <w:pPr>
              <w:spacing w:after="0"/>
            </w:pPr>
            <w:r>
              <w:rPr>
                <w:sz w:val="14"/>
              </w:rPr>
              <w:t>____________________</w:t>
            </w:r>
          </w:p>
        </w:tc>
        <w:tc>
          <w:tcPr>
            <w:tcW w:type="dxa" w:w="3312"/>
            <w:vAlign w:val="center"/>
            <w:tcMar>
              <w:top w:w="85" w:type="dxa"/>
              <w:start w:w="90" w:type="dxa"/>
              <w:bottom w:w="85" w:type="dxa"/>
              <w:end w:w="90" w:type="dxa"/>
            </w:tcMar>
          </w:tcPr>
          <w:p>
            <w:pPr>
              <w:spacing w:after="0"/>
            </w:pPr>
            <w:r>
              <w:rPr>
                <w:sz w:val="14"/>
              </w:rPr>
              <w:t>____________________________</w:t>
            </w:r>
          </w:p>
        </w:tc>
        <w:tc>
          <w:tcPr>
            <w:tcW w:type="dxa" w:w="1512"/>
            <w:vAlign w:val="center"/>
            <w:tcMar>
              <w:top w:w="85" w:type="dxa"/>
              <w:start w:w="90" w:type="dxa"/>
              <w:bottom w:w="85" w:type="dxa"/>
              <w:end w:w="90" w:type="dxa"/>
            </w:tcMar>
          </w:tcPr>
          <w:p>
            <w:pPr>
              <w:spacing w:after="0"/>
            </w:pPr>
            <w:r>
              <w:rPr>
                <w:sz w:val="14"/>
              </w:rPr>
              <w:t>$__________</w:t>
            </w:r>
          </w:p>
        </w:tc>
        <w:tc>
          <w:tcPr>
            <w:tcW w:type="dxa" w:w="1685"/>
            <w:vAlign w:val="center"/>
            <w:tcMar>
              <w:top w:w="85" w:type="dxa"/>
              <w:start w:w="90" w:type="dxa"/>
              <w:bottom w:w="85" w:type="dxa"/>
              <w:end w:w="90" w:type="dxa"/>
            </w:tcMar>
          </w:tcPr>
          <w:p>
            <w:pPr>
              <w:spacing w:after="0"/>
            </w:pPr>
            <w:r>
              <w:rPr>
                <w:sz w:val="14"/>
              </w:rPr>
              <w:t>☐ Week ☐ Month</w:t>
              <w:br/>
              <w:t>☐ Year</w:t>
            </w:r>
          </w:p>
        </w:tc>
        <w:tc>
          <w:tcPr>
            <w:tcW w:type="dxa" w:w="1512"/>
            <w:vAlign w:val="center"/>
            <w:tcMar>
              <w:top w:w="85" w:type="dxa"/>
              <w:start w:w="90" w:type="dxa"/>
              <w:bottom w:w="85" w:type="dxa"/>
              <w:end w:w="90" w:type="dxa"/>
            </w:tcMar>
          </w:tcPr>
          <w:p>
            <w:pPr>
              <w:spacing w:after="0"/>
            </w:pPr>
            <w:r>
              <w:rPr>
                <w:sz w:val="14"/>
              </w:rPr>
              <w:t>____________________</w:t>
            </w:r>
          </w:p>
        </w:tc>
      </w:tr>
      <w:tr>
        <w:trPr>
          <w:trHeight w:val="504" w:hRule="atLeast"/>
          <w:cantSplit/>
        </w:trPr>
        <w:tc>
          <w:tcPr>
            <w:tcW w:type="dxa" w:w="1944"/>
            <w:vAlign w:val="center"/>
            <w:tcMar>
              <w:top w:w="85" w:type="dxa"/>
              <w:start w:w="90" w:type="dxa"/>
              <w:bottom w:w="85" w:type="dxa"/>
              <w:end w:w="90" w:type="dxa"/>
            </w:tcMar>
            <w:shd w:fill="FAFBF8"/>
          </w:tcPr>
          <w:p>
            <w:pPr>
              <w:spacing w:after="0"/>
            </w:pPr>
            <w:r>
              <w:rPr>
                <w:sz w:val="14"/>
              </w:rPr>
              <w:t>____________________</w:t>
            </w:r>
          </w:p>
        </w:tc>
        <w:tc>
          <w:tcPr>
            <w:tcW w:type="dxa" w:w="3312"/>
            <w:vAlign w:val="center"/>
            <w:tcMar>
              <w:top w:w="85" w:type="dxa"/>
              <w:start w:w="90" w:type="dxa"/>
              <w:bottom w:w="85" w:type="dxa"/>
              <w:end w:w="90" w:type="dxa"/>
            </w:tcMar>
            <w:shd w:fill="FAFBF8"/>
          </w:tcPr>
          <w:p>
            <w:pPr>
              <w:spacing w:after="0"/>
            </w:pPr>
            <w:r>
              <w:rPr>
                <w:sz w:val="14"/>
              </w:rPr>
              <w:t>____________________________</w:t>
            </w:r>
          </w:p>
        </w:tc>
        <w:tc>
          <w:tcPr>
            <w:tcW w:type="dxa" w:w="1512"/>
            <w:vAlign w:val="center"/>
            <w:tcMar>
              <w:top w:w="85" w:type="dxa"/>
              <w:start w:w="90" w:type="dxa"/>
              <w:bottom w:w="85" w:type="dxa"/>
              <w:end w:w="90" w:type="dxa"/>
            </w:tcMar>
            <w:shd w:fill="FAFBF8"/>
          </w:tcPr>
          <w:p>
            <w:pPr>
              <w:spacing w:after="0"/>
            </w:pPr>
            <w:r>
              <w:rPr>
                <w:sz w:val="14"/>
              </w:rPr>
              <w:t>$__________</w:t>
            </w:r>
          </w:p>
        </w:tc>
        <w:tc>
          <w:tcPr>
            <w:tcW w:type="dxa" w:w="1685"/>
            <w:vAlign w:val="center"/>
            <w:tcMar>
              <w:top w:w="85" w:type="dxa"/>
              <w:start w:w="90" w:type="dxa"/>
              <w:bottom w:w="85" w:type="dxa"/>
              <w:end w:w="90" w:type="dxa"/>
            </w:tcMar>
            <w:shd w:fill="FAFBF8"/>
          </w:tcPr>
          <w:p>
            <w:pPr>
              <w:spacing w:after="0"/>
            </w:pPr>
            <w:r>
              <w:rPr>
                <w:sz w:val="14"/>
              </w:rPr>
              <w:t>☐ Week ☐ Month</w:t>
              <w:br/>
              <w:t>☐ Year</w:t>
            </w:r>
          </w:p>
        </w:tc>
        <w:tc>
          <w:tcPr>
            <w:tcW w:type="dxa" w:w="1512"/>
            <w:vAlign w:val="center"/>
            <w:tcMar>
              <w:top w:w="85" w:type="dxa"/>
              <w:start w:w="90" w:type="dxa"/>
              <w:bottom w:w="85" w:type="dxa"/>
              <w:end w:w="90" w:type="dxa"/>
            </w:tcMar>
            <w:shd w:fill="FAFBF8"/>
          </w:tcPr>
          <w:p>
            <w:pPr>
              <w:spacing w:after="0"/>
            </w:pPr>
            <w:r>
              <w:rPr>
                <w:sz w:val="14"/>
              </w:rPr>
              <w:t>____________________</w:t>
            </w:r>
          </w:p>
        </w:tc>
      </w:tr>
      <w:tr>
        <w:trPr>
          <w:trHeight w:val="504" w:hRule="atLeast"/>
          <w:cantSplit/>
        </w:trPr>
        <w:tc>
          <w:tcPr>
            <w:tcW w:type="dxa" w:w="1944"/>
            <w:vAlign w:val="center"/>
            <w:tcMar>
              <w:top w:w="85" w:type="dxa"/>
              <w:start w:w="90" w:type="dxa"/>
              <w:bottom w:w="85" w:type="dxa"/>
              <w:end w:w="90" w:type="dxa"/>
            </w:tcMar>
          </w:tcPr>
          <w:p>
            <w:pPr>
              <w:spacing w:after="0"/>
            </w:pPr>
            <w:r>
              <w:rPr>
                <w:sz w:val="14"/>
              </w:rPr>
              <w:t>____________________</w:t>
            </w:r>
          </w:p>
        </w:tc>
        <w:tc>
          <w:tcPr>
            <w:tcW w:type="dxa" w:w="3312"/>
            <w:vAlign w:val="center"/>
            <w:tcMar>
              <w:top w:w="85" w:type="dxa"/>
              <w:start w:w="90" w:type="dxa"/>
              <w:bottom w:w="85" w:type="dxa"/>
              <w:end w:w="90" w:type="dxa"/>
            </w:tcMar>
          </w:tcPr>
          <w:p>
            <w:pPr>
              <w:spacing w:after="0"/>
            </w:pPr>
            <w:r>
              <w:rPr>
                <w:sz w:val="14"/>
              </w:rPr>
              <w:t>____________________________</w:t>
            </w:r>
          </w:p>
        </w:tc>
        <w:tc>
          <w:tcPr>
            <w:tcW w:type="dxa" w:w="1512"/>
            <w:vAlign w:val="center"/>
            <w:tcMar>
              <w:top w:w="85" w:type="dxa"/>
              <w:start w:w="90" w:type="dxa"/>
              <w:bottom w:w="85" w:type="dxa"/>
              <w:end w:w="90" w:type="dxa"/>
            </w:tcMar>
          </w:tcPr>
          <w:p>
            <w:pPr>
              <w:spacing w:after="0"/>
            </w:pPr>
            <w:r>
              <w:rPr>
                <w:sz w:val="14"/>
              </w:rPr>
              <w:t>$__________</w:t>
            </w:r>
          </w:p>
        </w:tc>
        <w:tc>
          <w:tcPr>
            <w:tcW w:type="dxa" w:w="1685"/>
            <w:vAlign w:val="center"/>
            <w:tcMar>
              <w:top w:w="85" w:type="dxa"/>
              <w:start w:w="90" w:type="dxa"/>
              <w:bottom w:w="85" w:type="dxa"/>
              <w:end w:w="90" w:type="dxa"/>
            </w:tcMar>
          </w:tcPr>
          <w:p>
            <w:pPr>
              <w:spacing w:after="0"/>
            </w:pPr>
            <w:r>
              <w:rPr>
                <w:sz w:val="14"/>
              </w:rPr>
              <w:t>☐ Week ☐ Month</w:t>
              <w:br/>
              <w:t>☐ Year</w:t>
            </w:r>
          </w:p>
        </w:tc>
        <w:tc>
          <w:tcPr>
            <w:tcW w:type="dxa" w:w="1512"/>
            <w:vAlign w:val="center"/>
            <w:tcMar>
              <w:top w:w="85" w:type="dxa"/>
              <w:start w:w="90" w:type="dxa"/>
              <w:bottom w:w="85" w:type="dxa"/>
              <w:end w:w="90" w:type="dxa"/>
            </w:tcMar>
          </w:tcPr>
          <w:p>
            <w:pPr>
              <w:spacing w:after="0"/>
            </w:pPr>
            <w:r>
              <w:rPr>
                <w:sz w:val="14"/>
              </w:rPr>
              <w:t>____________________</w:t>
            </w:r>
          </w:p>
        </w:tc>
      </w:tr>
      <w:tr>
        <w:trPr>
          <w:trHeight w:val="504" w:hRule="atLeast"/>
          <w:cantSplit/>
        </w:trPr>
        <w:tc>
          <w:tcPr>
            <w:tcW w:type="dxa" w:w="1944"/>
            <w:vAlign w:val="center"/>
            <w:tcMar>
              <w:top w:w="85" w:type="dxa"/>
              <w:start w:w="90" w:type="dxa"/>
              <w:bottom w:w="85" w:type="dxa"/>
              <w:end w:w="90" w:type="dxa"/>
            </w:tcMar>
            <w:shd w:fill="FAFBF8"/>
          </w:tcPr>
          <w:p>
            <w:pPr>
              <w:spacing w:after="0"/>
            </w:pPr>
            <w:r>
              <w:rPr>
                <w:sz w:val="14"/>
              </w:rPr>
              <w:t>____________________</w:t>
            </w:r>
          </w:p>
        </w:tc>
        <w:tc>
          <w:tcPr>
            <w:tcW w:type="dxa" w:w="3312"/>
            <w:vAlign w:val="center"/>
            <w:tcMar>
              <w:top w:w="85" w:type="dxa"/>
              <w:start w:w="90" w:type="dxa"/>
              <w:bottom w:w="85" w:type="dxa"/>
              <w:end w:w="90" w:type="dxa"/>
            </w:tcMar>
            <w:shd w:fill="FAFBF8"/>
          </w:tcPr>
          <w:p>
            <w:pPr>
              <w:spacing w:after="0"/>
            </w:pPr>
            <w:r>
              <w:rPr>
                <w:sz w:val="14"/>
              </w:rPr>
              <w:t>____________________________</w:t>
            </w:r>
          </w:p>
        </w:tc>
        <w:tc>
          <w:tcPr>
            <w:tcW w:type="dxa" w:w="1512"/>
            <w:vAlign w:val="center"/>
            <w:tcMar>
              <w:top w:w="85" w:type="dxa"/>
              <w:start w:w="90" w:type="dxa"/>
              <w:bottom w:w="85" w:type="dxa"/>
              <w:end w:w="90" w:type="dxa"/>
            </w:tcMar>
            <w:shd w:fill="FAFBF8"/>
          </w:tcPr>
          <w:p>
            <w:pPr>
              <w:spacing w:after="0"/>
            </w:pPr>
            <w:r>
              <w:rPr>
                <w:sz w:val="14"/>
              </w:rPr>
              <w:t>$__________</w:t>
            </w:r>
          </w:p>
        </w:tc>
        <w:tc>
          <w:tcPr>
            <w:tcW w:type="dxa" w:w="1685"/>
            <w:vAlign w:val="center"/>
            <w:tcMar>
              <w:top w:w="85" w:type="dxa"/>
              <w:start w:w="90" w:type="dxa"/>
              <w:bottom w:w="85" w:type="dxa"/>
              <w:end w:w="90" w:type="dxa"/>
            </w:tcMar>
            <w:shd w:fill="FAFBF8"/>
          </w:tcPr>
          <w:p>
            <w:pPr>
              <w:spacing w:after="0"/>
            </w:pPr>
            <w:r>
              <w:rPr>
                <w:sz w:val="14"/>
              </w:rPr>
              <w:t>☐ Week ☐ Month</w:t>
              <w:br/>
              <w:t>☐ Year</w:t>
            </w:r>
          </w:p>
        </w:tc>
        <w:tc>
          <w:tcPr>
            <w:tcW w:type="dxa" w:w="1512"/>
            <w:vAlign w:val="center"/>
            <w:tcMar>
              <w:top w:w="85" w:type="dxa"/>
              <w:start w:w="90" w:type="dxa"/>
              <w:bottom w:w="85" w:type="dxa"/>
              <w:end w:w="90" w:type="dxa"/>
            </w:tcMar>
            <w:shd w:fill="FAFBF8"/>
          </w:tcPr>
          <w:p>
            <w:pPr>
              <w:spacing w:after="0"/>
            </w:pPr>
            <w:r>
              <w:rPr>
                <w:sz w:val="14"/>
              </w:rPr>
              <w:t>____________________</w:t>
            </w:r>
          </w:p>
        </w:tc>
      </w:tr>
      <w:tr>
        <w:trPr>
          <w:trHeight w:val="504" w:hRule="atLeast"/>
          <w:cantSplit/>
        </w:trPr>
        <w:tc>
          <w:tcPr>
            <w:tcW w:type="dxa" w:w="1944"/>
            <w:vAlign w:val="center"/>
            <w:tcMar>
              <w:top w:w="85" w:type="dxa"/>
              <w:start w:w="90" w:type="dxa"/>
              <w:bottom w:w="85" w:type="dxa"/>
              <w:end w:w="90" w:type="dxa"/>
            </w:tcMar>
          </w:tcPr>
          <w:p>
            <w:pPr>
              <w:spacing w:after="0"/>
            </w:pPr>
            <w:r>
              <w:rPr>
                <w:sz w:val="14"/>
              </w:rPr>
              <w:t>____________________</w:t>
            </w:r>
          </w:p>
        </w:tc>
        <w:tc>
          <w:tcPr>
            <w:tcW w:type="dxa" w:w="3312"/>
            <w:vAlign w:val="center"/>
            <w:tcMar>
              <w:top w:w="85" w:type="dxa"/>
              <w:start w:w="90" w:type="dxa"/>
              <w:bottom w:w="85" w:type="dxa"/>
              <w:end w:w="90" w:type="dxa"/>
            </w:tcMar>
          </w:tcPr>
          <w:p>
            <w:pPr>
              <w:spacing w:after="0"/>
            </w:pPr>
            <w:r>
              <w:rPr>
                <w:sz w:val="14"/>
              </w:rPr>
              <w:t>____________________________</w:t>
            </w:r>
          </w:p>
        </w:tc>
        <w:tc>
          <w:tcPr>
            <w:tcW w:type="dxa" w:w="1512"/>
            <w:vAlign w:val="center"/>
            <w:tcMar>
              <w:top w:w="85" w:type="dxa"/>
              <w:start w:w="90" w:type="dxa"/>
              <w:bottom w:w="85" w:type="dxa"/>
              <w:end w:w="90" w:type="dxa"/>
            </w:tcMar>
          </w:tcPr>
          <w:p>
            <w:pPr>
              <w:spacing w:after="0"/>
            </w:pPr>
            <w:r>
              <w:rPr>
                <w:sz w:val="14"/>
              </w:rPr>
              <w:t>$__________</w:t>
            </w:r>
          </w:p>
        </w:tc>
        <w:tc>
          <w:tcPr>
            <w:tcW w:type="dxa" w:w="1685"/>
            <w:vAlign w:val="center"/>
            <w:tcMar>
              <w:top w:w="85" w:type="dxa"/>
              <w:start w:w="90" w:type="dxa"/>
              <w:bottom w:w="85" w:type="dxa"/>
              <w:end w:w="90" w:type="dxa"/>
            </w:tcMar>
          </w:tcPr>
          <w:p>
            <w:pPr>
              <w:spacing w:after="0"/>
            </w:pPr>
            <w:r>
              <w:rPr>
                <w:sz w:val="14"/>
              </w:rPr>
              <w:t>☐ Week ☐ Month</w:t>
              <w:br/>
              <w:t>☐ Year</w:t>
            </w:r>
          </w:p>
        </w:tc>
        <w:tc>
          <w:tcPr>
            <w:tcW w:type="dxa" w:w="1512"/>
            <w:vAlign w:val="center"/>
            <w:tcMar>
              <w:top w:w="85" w:type="dxa"/>
              <w:start w:w="90" w:type="dxa"/>
              <w:bottom w:w="85" w:type="dxa"/>
              <w:end w:w="90" w:type="dxa"/>
            </w:tcMar>
          </w:tcPr>
          <w:p>
            <w:pPr>
              <w:spacing w:after="0"/>
            </w:pPr>
            <w:r>
              <w:rPr>
                <w:sz w:val="14"/>
              </w:rPr>
              <w:t>____________________</w:t>
            </w:r>
          </w:p>
        </w:tc>
      </w:tr>
    </w:tbl>
    <w:p>
      <w:pPr>
        <w:spacing w:after="0"/>
      </w:pPr>
    </w:p>
    <w:tbl>
      <w:tblPr>
        <w:tblW w:type="auto" w:w="0"/>
        <w:tblLayout w:type="fixed"/>
        <w:tblLook w:firstColumn="1" w:firstRow="1" w:lastColumn="0" w:lastRow="0" w:noHBand="0" w:noVBand="1" w:val="04A0"/>
      </w:tblPr>
      <w:tblGrid>
        <w:gridCol w:w="5069"/>
        <w:gridCol w:w="5069"/>
      </w:tblGrid>
      <w:tr>
        <w:trPr>
          <w:cantSplit/>
        </w:trPr>
        <w:tc>
          <w:tcPr>
            <w:tcW w:type="dxa" w:w="5069"/>
            <w:shd w:fill="F7F8F3"/>
            <w:tcMar>
              <w:top w:w="115" w:type="dxa"/>
              <w:start w:w="120" w:type="dxa"/>
              <w:bottom w:w="115" w:type="dxa"/>
              <w:end w:w="120" w:type="dxa"/>
            </w:tcMar>
          </w:tcPr>
          <w:p>
            <w:pPr>
              <w:spacing w:after="60"/>
            </w:pPr>
            <w:r>
              <w:rPr>
                <w:b/>
                <w:color w:val="4D5E2E"/>
                <w:sz w:val="14"/>
              </w:rPr>
              <w:t>ESTIMATED TOTAL GROSS ANNUAL INCOME</w:t>
            </w:r>
          </w:p>
          <w:p>
            <w:pPr>
              <w:spacing w:after="0"/>
            </w:pPr>
            <w:r>
              <w:rPr>
                <w:color w:val="657064"/>
                <w:sz w:val="16"/>
              </w:rPr>
              <w:t>$____________________________</w:t>
            </w:r>
          </w:p>
        </w:tc>
        <w:tc>
          <w:tcPr>
            <w:tcW w:type="dxa" w:w="5069"/>
            <w:shd w:fill="F7F8F3"/>
            <w:tcMar>
              <w:top w:w="115" w:type="dxa"/>
              <w:start w:w="120" w:type="dxa"/>
              <w:bottom w:w="115" w:type="dxa"/>
              <w:end w:w="120" w:type="dxa"/>
            </w:tcMar>
          </w:tcPr>
          <w:p>
            <w:pPr>
              <w:spacing w:after="60"/>
            </w:pPr>
            <w:r>
              <w:rPr>
                <w:b/>
                <w:color w:val="4D5E2E"/>
                <w:sz w:val="14"/>
              </w:rPr>
              <w:t>IS ANY INCOME EXPECTED TO CHANGE?</w:t>
            </w:r>
          </w:p>
          <w:p>
            <w:pPr>
              <w:spacing w:after="0"/>
            </w:pPr>
            <w:r>
              <w:rPr>
                <w:color w:val="657064"/>
                <w:sz w:val="16"/>
              </w:rPr>
              <w:t>☐ Yes  ☐ No  ☐ Not sure</w:t>
            </w:r>
          </w:p>
        </w:tc>
      </w:tr>
    </w:tbl>
    <w:p>
      <w:pPr>
        <w:spacing w:after="0"/>
      </w:pPr>
    </w:p>
    <w:p>
      <w:r>
        <w:t>If income will change, briefly explain: __________________________________________________________</w:t>
      </w:r>
    </w:p>
    <w:p>
      <w:r>
        <w:t>Rental assistance / Housing Choice Voucher / other subsidy (if applicable): _________________________________</w:t>
      </w:r>
    </w:p>
    <w:p>
      <w:r>
        <w:t>Administering agency / caseworker (if known): ___________________  Expected tenant share: $________ / month</w:t>
      </w:r>
    </w:p>
    <w:tbl>
      <w:tblPr>
        <w:tblW w:type="auto" w:w="0"/>
        <w:tblLayout w:type="fixed"/>
        <w:tblLook w:firstColumn="1" w:firstRow="1" w:lastColumn="0" w:lastRow="0" w:noHBand="0" w:noVBand="1" w:val="04A0"/>
      </w:tblPr>
      <w:tblGrid>
        <w:gridCol w:w="9994"/>
      </w:tblGrid>
      <w:tr>
        <w:tc>
          <w:tcPr>
            <w:tcW w:type="dxa" w:w="10138"/>
            <w:shd w:fill="F4F6F0"/>
            <w:tcMar>
              <w:top w:w="130" w:type="dxa"/>
              <w:start w:w="160" w:type="dxa"/>
              <w:bottom w:w="130" w:type="dxa"/>
              <w:end w:w="160" w:type="dxa"/>
            </w:tcMar>
          </w:tcPr>
          <w:p>
            <w:pPr>
              <w:spacing w:after="40"/>
            </w:pPr>
            <w:r>
              <w:rPr>
                <w:b/>
                <w:color w:val="4D5E2E"/>
              </w:rPr>
              <w:t xml:space="preserve">INCOME INFORMATION  </w:t>
            </w:r>
            <w:r>
              <w:t>Benefits, earnings and rental subsidies are considered using the controlling property/funder calculation. A subsidy is recorded separately from wages and will not automatically be added to household income twice.</w:t>
            </w:r>
          </w:p>
        </w:tc>
      </w:tr>
    </w:tbl>
    <w:p>
      <w:pPr>
        <w:spacing w:after="0"/>
      </w:pPr>
    </w:p>
    <w:p>
      <w:pPr>
        <w:pStyle w:val="Heading1"/>
      </w:pPr>
      <w:r>
        <w:t>F  Financial documents you can provide</w:t>
      </w:r>
    </w:p>
    <w:p>
      <w:pPr>
        <w:spacing w:after="80"/>
      </w:pPr>
      <w:r>
        <w:t>☐  Recent pay stubs or employer statement</w:t>
      </w:r>
    </w:p>
    <w:p>
      <w:pPr>
        <w:spacing w:after="80"/>
      </w:pPr>
      <w:r>
        <w:t>☐  Benefit/pension/retirement award or payment notice</w:t>
      </w:r>
    </w:p>
    <w:p>
      <w:pPr>
        <w:spacing w:after="80"/>
      </w:pPr>
      <w:r>
        <w:t>☐  Self-employment records or tax information, if applicable</w:t>
      </w:r>
    </w:p>
    <w:p>
      <w:pPr>
        <w:spacing w:after="80"/>
      </w:pPr>
      <w:r>
        <w:t>☐  Unemployment or recurring support documentation, if applicable</w:t>
      </w:r>
    </w:p>
    <w:p>
      <w:pPr>
        <w:spacing w:after="80"/>
      </w:pPr>
      <w:r>
        <w:t>☐  Rental voucher, assistance approval or subsidy letter, if applicable</w:t>
      </w:r>
    </w:p>
    <w:p>
      <w:pPr>
        <w:spacing w:after="80"/>
      </w:pPr>
      <w:r>
        <w:t>☐  Other accepted verification or reasonable alternative evidence</w:t>
      </w:r>
    </w:p>
    <w:p>
      <w:pPr>
        <w:pStyle w:val="Heading1"/>
      </w:pPr>
      <w:r>
        <w:t>G  Rental and rent-to-own interest</w:t>
      </w:r>
    </w:p>
    <w:p>
      <w:r>
        <w:t>I would like to be considered for (check one):</w:t>
      </w:r>
    </w:p>
    <w:p>
      <w:pPr>
        <w:spacing w:after="80"/>
      </w:pPr>
      <w:r>
        <w:t>☐  Traditional affordable rental only</w:t>
      </w:r>
    </w:p>
    <w:p>
      <w:pPr>
        <w:spacing w:after="80"/>
      </w:pPr>
      <w:r>
        <w:t>☐  Rent-to-own consideration, if a suitable property and approved agreement are available</w:t>
      </w:r>
    </w:p>
    <w:p>
      <w:pPr>
        <w:spacing w:after="80"/>
      </w:pPr>
      <w:r>
        <w:t>☐  Either option; I would like to discuss both with program staff</w:t>
      </w:r>
    </w:p>
    <w:p>
      <w:r>
        <w:t>If considering rent-to-own: are you interested in homebuyer education / budgeting / financial readiness support?</w:t>
      </w:r>
    </w:p>
    <w:p>
      <w:r>
        <w:t>☐ Yes     ☐ No     ☐ Prefer to discuss privately</w:t>
      </w:r>
    </w:p>
    <w:tbl>
      <w:tblPr>
        <w:tblW w:type="auto" w:w="0"/>
        <w:tblLayout w:type="fixed"/>
        <w:tblLook w:firstColumn="1" w:firstRow="1" w:lastColumn="0" w:lastRow="0" w:noHBand="0" w:noVBand="1" w:val="04A0"/>
      </w:tblPr>
      <w:tblGrid>
        <w:gridCol w:w="9994"/>
      </w:tblGrid>
      <w:tr>
        <w:tc>
          <w:tcPr>
            <w:tcW w:type="dxa" w:w="10138"/>
            <w:shd w:fill="FCF6EE"/>
            <w:tcMar>
              <w:top w:w="130" w:type="dxa"/>
              <w:start w:w="160" w:type="dxa"/>
              <w:bottom w:w="130" w:type="dxa"/>
              <w:end w:w="160" w:type="dxa"/>
            </w:tcMar>
          </w:tcPr>
          <w:p>
            <w:pPr>
              <w:spacing w:after="40"/>
            </w:pPr>
            <w:r>
              <w:rPr>
                <w:b/>
                <w:color w:val="4D5E2E"/>
              </w:rPr>
              <w:t xml:space="preserve">PLEASE READ  </w:t>
            </w:r>
            <w:r>
              <w:t>Rent-to-own is optional, separately documented and not guaranteed. Any potential purchase price, credits, fees, maintenance terms, financing conditions and purchase deadline will be disclosed before you sign an option agreement. A rental application alone does not create purchase rights.</w:t>
            </w:r>
          </w:p>
        </w:tc>
      </w:tr>
    </w:tbl>
    <w:p>
      <w:pPr>
        <w:spacing w:after="0"/>
      </w:pPr>
    </w:p>
    <w:p>
      <w:pPr>
        <w:pStyle w:val="Heading1"/>
      </w:pPr>
      <w:r>
        <w:t>H  Requested accommodations and accessibility</w:t>
      </w:r>
    </w:p>
    <w:p>
      <w:r>
        <w:t>Willow Hollow welcomes requests for reasonable accommodations or modifications. You may ask for an accommodation without describing a diagnosis on this form. A confidential follow-up process will be provided if supporting information is needed.</w:t>
      </w:r>
    </w:p>
    <w:p>
      <w:pPr>
        <w:spacing w:after="100"/>
      </w:pPr>
      <w:r>
        <w:rPr>
          <w:b/>
        </w:rPr>
        <w:t xml:space="preserve">Would you like staff to contact you about an accommodation or accessible unit?    </w:t>
      </w:r>
      <w:r>
        <w:t>☐ Yes     ☐ No     ☐ Not applicable</w:t>
      </w:r>
    </w:p>
    <w:p>
      <w:r>
        <w:t>Preferred contact method: _________________________________________________________________________</w:t>
      </w:r>
    </w:p>
    <w:p>
      <w:pPr>
        <w:pStyle w:val="Heading1"/>
      </w:pPr>
      <w:r>
        <w:t>I  Application verification process</w:t>
      </w:r>
    </w:p>
    <w:p>
      <w:r>
        <w:t>Before a final offer, UNA may verify household identity, household size, income, rental references, program eligibility and property-specific occupancy. Adult occupants may later receive a separate authorization for lawful criminal-history/public sex-offender registry screening. An applicant can review disputed or inaccurate records before a final adverse decision when permitted.</w:t>
      </w:r>
    </w:p>
    <w:p>
      <w:r>
        <w:t>Pennsylvania Child Abuse History Certifications are not requested as a standard housing application requirement. UNA will follow applicable law and any property-specific lawful mandates.</w:t>
      </w:r>
    </w:p>
    <w:p>
      <w:pPr>
        <w:pStyle w:val="Heading1"/>
      </w:pPr>
      <w:r>
        <w:t>J  Documents checklist</w:t>
      </w:r>
    </w:p>
    <w:p>
      <w:pPr>
        <w:spacing w:after="80"/>
      </w:pPr>
      <w:r>
        <w:t>☐  Signed application and household roster</w:t>
      </w:r>
    </w:p>
    <w:p>
      <w:pPr>
        <w:spacing w:after="80"/>
      </w:pPr>
      <w:r>
        <w:t>☐  Available income / benefit verification for applicable household members</w:t>
      </w:r>
    </w:p>
    <w:p>
      <w:pPr>
        <w:spacing w:after="80"/>
      </w:pPr>
      <w:r>
        <w:t>☐  Subsidy documentation, if requesting consideration of assistance</w:t>
      </w:r>
    </w:p>
    <w:p>
      <w:pPr>
        <w:spacing w:after="80"/>
      </w:pPr>
      <w:r>
        <w:t>☐  Proof of identity (reviewed securely when requested)</w:t>
      </w:r>
    </w:p>
    <w:p>
      <w:pPr>
        <w:spacing w:after="80"/>
      </w:pPr>
      <w:r>
        <w:t>☐  Any additional property-specific items identified by UNA in writing</w:t>
      </w:r>
    </w:p>
    <w:p>
      <w:pPr>
        <w:pStyle w:val="Heading1"/>
      </w:pPr>
      <w:r>
        <w:t>K  Applicant certification &amp; signatures</w:t>
      </w:r>
    </w:p>
    <w:p>
      <w:r>
        <w:t>I certify that the information provided is accurate and complete to the best of my knowledge. I will notify UNA of material household or income changes before occupancy. I authorize UNA to contact the employers, benefit agencies, rental references and subsidy administrators identified in my application for the limited purpose of verifying eligibility, subject to applicable law and privacy practices.</w:t>
      </w:r>
    </w:p>
    <w:p>
      <w:r>
        <w:t>I understand that this application is not a housing agreement; no unit, subsidy, mortgage or purchase is guaranteed. UNA will issue a decision or request for missing information under its adopted procedures. Intentional material misrepresentation may result in a lawful denial after review; unintentional errors may be corrected.</w:t>
      </w:r>
    </w:p>
    <w:tbl>
      <w:tblPr>
        <w:tblW w:type="auto" w:w="0"/>
        <w:tblLayout w:type="fixed"/>
        <w:tblLook w:firstColumn="1" w:firstRow="1" w:lastColumn="0" w:lastRow="0" w:noHBand="0" w:noVBand="1" w:val="04A0"/>
      </w:tblPr>
      <w:tblGrid>
        <w:gridCol w:w="5069"/>
        <w:gridCol w:w="5069"/>
      </w:tblGrid>
      <w:tr>
        <w:trPr>
          <w:cantSplit/>
        </w:trPr>
        <w:tc>
          <w:tcPr>
            <w:tcW w:type="dxa" w:w="5069"/>
            <w:shd w:fill="F7F8F3"/>
            <w:tcMar>
              <w:top w:w="115" w:type="dxa"/>
              <w:start w:w="120" w:type="dxa"/>
              <w:bottom w:w="115" w:type="dxa"/>
              <w:end w:w="120" w:type="dxa"/>
            </w:tcMar>
          </w:tcPr>
          <w:p>
            <w:pPr>
              <w:spacing w:after="60"/>
            </w:pPr>
            <w:r>
              <w:rPr>
                <w:b/>
                <w:color w:val="4D5E2E"/>
                <w:sz w:val="14"/>
              </w:rPr>
              <w:t>PRIMARY APPLICANT PRINTED NAME</w:t>
            </w:r>
          </w:p>
          <w:p>
            <w:pPr>
              <w:spacing w:after="0"/>
            </w:pPr>
            <w:r>
              <w:rPr>
                <w:color w:val="657064"/>
                <w:sz w:val="16"/>
              </w:rPr>
              <w:t>________________________________</w:t>
            </w:r>
          </w:p>
        </w:tc>
        <w:tc>
          <w:tcPr>
            <w:tcW w:type="dxa" w:w="5069"/>
            <w:shd w:fill="F7F8F3"/>
            <w:tcMar>
              <w:top w:w="115" w:type="dxa"/>
              <w:start w:w="120" w:type="dxa"/>
              <w:bottom w:w="115" w:type="dxa"/>
              <w:end w:w="120" w:type="dxa"/>
            </w:tcMar>
          </w:tcPr>
          <w:p>
            <w:pPr>
              <w:spacing w:after="60"/>
            </w:pPr>
            <w:r>
              <w:rPr>
                <w:b/>
                <w:color w:val="4D5E2E"/>
                <w:sz w:val="14"/>
              </w:rPr>
              <w:t>PRIMARY APPLICANT SIGNATURE / DATE</w:t>
            </w:r>
          </w:p>
          <w:p>
            <w:pPr>
              <w:spacing w:after="0"/>
            </w:pPr>
            <w:r>
              <w:rPr>
                <w:color w:val="657064"/>
                <w:sz w:val="16"/>
              </w:rPr>
              <w:t>________________________________</w:t>
            </w:r>
          </w:p>
        </w:tc>
      </w:tr>
      <w:tr>
        <w:trPr>
          <w:cantSplit/>
        </w:trPr>
        <w:tc>
          <w:tcPr>
            <w:tcW w:type="dxa" w:w="5069"/>
            <w:shd w:fill="F7F8F3"/>
            <w:tcMar>
              <w:top w:w="115" w:type="dxa"/>
              <w:start w:w="120" w:type="dxa"/>
              <w:bottom w:w="115" w:type="dxa"/>
              <w:end w:w="120" w:type="dxa"/>
            </w:tcMar>
          </w:tcPr>
          <w:p>
            <w:pPr>
              <w:spacing w:after="60"/>
            </w:pPr>
            <w:r>
              <w:rPr>
                <w:b/>
                <w:color w:val="4D5E2E"/>
                <w:sz w:val="14"/>
              </w:rPr>
              <w:t>CO-APPLICANT PRINTED NAME</w:t>
            </w:r>
          </w:p>
          <w:p>
            <w:pPr>
              <w:spacing w:after="0"/>
            </w:pPr>
            <w:r>
              <w:rPr>
                <w:color w:val="657064"/>
                <w:sz w:val="16"/>
              </w:rPr>
              <w:t>________________________________</w:t>
            </w:r>
          </w:p>
        </w:tc>
        <w:tc>
          <w:tcPr>
            <w:tcW w:type="dxa" w:w="5069"/>
            <w:shd w:fill="F7F8F3"/>
            <w:tcMar>
              <w:top w:w="115" w:type="dxa"/>
              <w:start w:w="120" w:type="dxa"/>
              <w:bottom w:w="115" w:type="dxa"/>
              <w:end w:w="120" w:type="dxa"/>
            </w:tcMar>
          </w:tcPr>
          <w:p>
            <w:pPr>
              <w:spacing w:after="60"/>
            </w:pPr>
            <w:r>
              <w:rPr>
                <w:b/>
                <w:color w:val="4D5E2E"/>
                <w:sz w:val="14"/>
              </w:rPr>
              <w:t>CO-APPLICANT SIGNATURE / DATE</w:t>
            </w:r>
          </w:p>
          <w:p>
            <w:pPr>
              <w:spacing w:after="0"/>
            </w:pPr>
            <w:r>
              <w:rPr>
                <w:color w:val="657064"/>
                <w:sz w:val="16"/>
              </w:rPr>
              <w:t>________________________________</w:t>
            </w:r>
          </w:p>
        </w:tc>
      </w:tr>
    </w:tbl>
    <w:p>
      <w:pPr>
        <w:spacing w:after="0"/>
      </w:pPr>
    </w:p>
    <w:p>
      <w:r>
        <w:t>Other adult applicants may be required to sign supplemental statements and their own adult screening authorizations. An accommodation or alternative signing procedure may be requested.</w:t>
      </w:r>
    </w:p>
    <w:p>
      <w:pPr>
        <w:pStyle w:val="Heading1"/>
      </w:pPr>
      <w:r>
        <w:t>Contact / submission information — to be completed by UNA</w:t>
      </w:r>
    </w:p>
    <w:tbl>
      <w:tblPr>
        <w:tblW w:type="auto" w:w="0"/>
        <w:tblLayout w:type="fixed"/>
        <w:tblLook w:firstColumn="1" w:firstRow="1" w:lastColumn="0" w:lastRow="0" w:noHBand="0" w:noVBand="1" w:val="04A0"/>
      </w:tblPr>
      <w:tblGrid>
        <w:gridCol w:w="5069"/>
        <w:gridCol w:w="5069"/>
      </w:tblGrid>
      <w:tr>
        <w:trPr>
          <w:cantSplit/>
        </w:trPr>
        <w:tc>
          <w:tcPr>
            <w:tcW w:type="dxa" w:w="5069"/>
            <w:shd w:fill="F7F8F3"/>
            <w:tcMar>
              <w:top w:w="115" w:type="dxa"/>
              <w:start w:w="120" w:type="dxa"/>
              <w:bottom w:w="115" w:type="dxa"/>
              <w:end w:w="120" w:type="dxa"/>
            </w:tcMar>
          </w:tcPr>
          <w:p>
            <w:pPr>
              <w:spacing w:after="60"/>
            </w:pPr>
            <w:r>
              <w:rPr>
                <w:b/>
                <w:color w:val="4D5E2E"/>
                <w:sz w:val="14"/>
              </w:rPr>
              <w:t>INTAKE CONTACT / TITLE</w:t>
            </w:r>
          </w:p>
          <w:p>
            <w:pPr>
              <w:spacing w:after="0"/>
            </w:pPr>
            <w:r>
              <w:rPr>
                <w:color w:val="657064"/>
                <w:sz w:val="16"/>
              </w:rPr>
              <w:t>________________________________</w:t>
            </w:r>
          </w:p>
        </w:tc>
        <w:tc>
          <w:tcPr>
            <w:tcW w:type="dxa" w:w="5069"/>
            <w:shd w:fill="F7F8F3"/>
            <w:tcMar>
              <w:top w:w="115" w:type="dxa"/>
              <w:start w:w="120" w:type="dxa"/>
              <w:bottom w:w="115" w:type="dxa"/>
              <w:end w:w="120" w:type="dxa"/>
            </w:tcMar>
          </w:tcPr>
          <w:p>
            <w:pPr>
              <w:spacing w:after="60"/>
            </w:pPr>
            <w:r>
              <w:rPr>
                <w:b/>
                <w:color w:val="4D5E2E"/>
                <w:sz w:val="14"/>
              </w:rPr>
              <w:t>PHONE / EMAIL</w:t>
            </w:r>
          </w:p>
          <w:p>
            <w:pPr>
              <w:spacing w:after="0"/>
            </w:pPr>
            <w:r>
              <w:rPr>
                <w:color w:val="657064"/>
                <w:sz w:val="16"/>
              </w:rPr>
              <w:t>________________________________</w:t>
            </w:r>
          </w:p>
        </w:tc>
      </w:tr>
      <w:tr>
        <w:trPr>
          <w:cantSplit/>
        </w:trPr>
        <w:tc>
          <w:tcPr>
            <w:tcW w:type="dxa" w:w="5069"/>
            <w:shd w:fill="F7F8F3"/>
            <w:tcMar>
              <w:top w:w="115" w:type="dxa"/>
              <w:start w:w="120" w:type="dxa"/>
              <w:bottom w:w="115" w:type="dxa"/>
              <w:end w:w="120" w:type="dxa"/>
            </w:tcMar>
          </w:tcPr>
          <w:p>
            <w:pPr>
              <w:spacing w:after="60"/>
            </w:pPr>
            <w:r>
              <w:rPr>
                <w:b/>
                <w:color w:val="4D5E2E"/>
                <w:sz w:val="14"/>
              </w:rPr>
              <w:t>SECURE SUBMISSION ADDRESS / PORTAL</w:t>
            </w:r>
          </w:p>
          <w:p>
            <w:pPr>
              <w:spacing w:after="0"/>
            </w:pPr>
            <w:r>
              <w:rPr>
                <w:color w:val="657064"/>
                <w:sz w:val="16"/>
              </w:rPr>
              <w:t>________________________________</w:t>
            </w:r>
          </w:p>
        </w:tc>
        <w:tc>
          <w:tcPr>
            <w:tcW w:type="dxa" w:w="5069"/>
            <w:shd w:fill="F7F8F3"/>
            <w:tcMar>
              <w:top w:w="115" w:type="dxa"/>
              <w:start w:w="120" w:type="dxa"/>
              <w:bottom w:w="115" w:type="dxa"/>
              <w:end w:w="120" w:type="dxa"/>
            </w:tcMar>
          </w:tcPr>
          <w:p>
            <w:pPr>
              <w:spacing w:after="60"/>
            </w:pPr>
            <w:r>
              <w:rPr>
                <w:b/>
                <w:color w:val="4D5E2E"/>
                <w:sz w:val="14"/>
              </w:rPr>
              <w:t>APPLICATION REFERENCE ID</w:t>
            </w:r>
          </w:p>
          <w:p>
            <w:pPr>
              <w:spacing w:after="0"/>
            </w:pPr>
            <w:r>
              <w:rPr>
                <w:color w:val="657064"/>
                <w:sz w:val="16"/>
              </w:rPr>
              <w:t>________________________________</w:t>
            </w:r>
          </w:p>
        </w:tc>
      </w:tr>
    </w:tbl>
    <w:p>
      <w:pPr>
        <w:spacing w:after="0"/>
      </w:pPr>
    </w:p>
    <w:tbl>
      <w:tblPr>
        <w:tblW w:type="auto" w:w="0"/>
        <w:tblLayout w:type="fixed"/>
        <w:tblLook w:firstColumn="1" w:firstRow="1" w:lastColumn="0" w:lastRow="0" w:noHBand="0" w:noVBand="1" w:val="04A0"/>
      </w:tblPr>
      <w:tblGrid>
        <w:gridCol w:w="9994"/>
      </w:tblGrid>
      <w:tr>
        <w:tc>
          <w:tcPr>
            <w:tcW w:type="dxa" w:w="10138"/>
            <w:shd w:fill="F4F6F0"/>
            <w:tcMar>
              <w:top w:w="130" w:type="dxa"/>
              <w:start w:w="160" w:type="dxa"/>
              <w:bottom w:w="130" w:type="dxa"/>
              <w:end w:w="160" w:type="dxa"/>
            </w:tcMar>
          </w:tcPr>
          <w:p>
            <w:pPr>
              <w:spacing w:after="40"/>
            </w:pPr>
            <w:r>
              <w:rPr>
                <w:b/>
                <w:color w:val="4D5E2E"/>
              </w:rPr>
              <w:t xml:space="preserve">APPLICANT RIGHTS  </w:t>
            </w:r>
            <w:r>
              <w:t>Willow Hollow will apply a written, nondiscriminatory review process. Request an accessible format or help completing the application through the contact listed above. A third-party background report affecting an adverse decision triggers legal notice and dispute rights.</w:t>
            </w:r>
          </w:p>
        </w:tc>
      </w:tr>
    </w:tbl>
    <w:p>
      <w:pPr>
        <w:spacing w:after="0"/>
      </w:pPr>
    </w:p>
    <w:p>
      <w:pPr>
        <w:pStyle w:val="Heading1"/>
      </w:pPr>
      <w:r>
        <w:t>For UNA intake staff only</w:t>
      </w:r>
    </w:p>
    <w:tbl>
      <w:tblPr>
        <w:tblW w:type="auto" w:w="0"/>
        <w:tblLayout w:type="fixed"/>
        <w:tblLook w:firstColumn="1" w:firstRow="1" w:lastColumn="0" w:lastRow="0" w:noHBand="0" w:noVBand="1" w:val="04A0"/>
      </w:tblPr>
      <w:tblGrid>
        <w:gridCol w:w="5069"/>
        <w:gridCol w:w="5069"/>
      </w:tblGrid>
      <w:tr>
        <w:trPr>
          <w:cantSplit/>
        </w:trPr>
        <w:tc>
          <w:tcPr>
            <w:tcW w:type="dxa" w:w="5069"/>
            <w:shd w:fill="F7F8F3"/>
            <w:tcMar>
              <w:top w:w="115" w:type="dxa"/>
              <w:start w:w="120" w:type="dxa"/>
              <w:bottom w:w="115" w:type="dxa"/>
              <w:end w:w="120" w:type="dxa"/>
            </w:tcMar>
          </w:tcPr>
          <w:p>
            <w:pPr>
              <w:spacing w:after="60"/>
            </w:pPr>
            <w:r>
              <w:rPr>
                <w:b/>
                <w:color w:val="4D5E2E"/>
                <w:sz w:val="14"/>
              </w:rPr>
              <w:t>DATE RECEIVED / STAFF INITIALS</w:t>
            </w:r>
          </w:p>
          <w:p>
            <w:pPr>
              <w:spacing w:after="0"/>
            </w:pPr>
            <w:r>
              <w:rPr>
                <w:color w:val="657064"/>
                <w:sz w:val="16"/>
              </w:rPr>
              <w:t>________________________________</w:t>
            </w:r>
          </w:p>
        </w:tc>
        <w:tc>
          <w:tcPr>
            <w:tcW w:type="dxa" w:w="5069"/>
            <w:shd w:fill="F7F8F3"/>
            <w:tcMar>
              <w:top w:w="115" w:type="dxa"/>
              <w:start w:w="120" w:type="dxa"/>
              <w:bottom w:w="115" w:type="dxa"/>
              <w:end w:w="120" w:type="dxa"/>
            </w:tcMar>
          </w:tcPr>
          <w:p>
            <w:pPr>
              <w:spacing w:after="60"/>
            </w:pPr>
            <w:r>
              <w:rPr>
                <w:b/>
                <w:color w:val="4D5E2E"/>
                <w:sz w:val="14"/>
              </w:rPr>
              <w:t>DATE ACKNOWLEDGEMENT ISSUED</w:t>
            </w:r>
          </w:p>
          <w:p>
            <w:pPr>
              <w:spacing w:after="0"/>
            </w:pPr>
            <w:r>
              <w:rPr>
                <w:color w:val="657064"/>
                <w:sz w:val="16"/>
              </w:rPr>
              <w:t>________________________________</w:t>
            </w:r>
          </w:p>
        </w:tc>
      </w:tr>
      <w:tr>
        <w:trPr>
          <w:cantSplit/>
        </w:trPr>
        <w:tc>
          <w:tcPr>
            <w:tcW w:type="dxa" w:w="5069"/>
            <w:shd w:fill="F7F8F3"/>
            <w:tcMar>
              <w:top w:w="115" w:type="dxa"/>
              <w:start w:w="120" w:type="dxa"/>
              <w:bottom w:w="115" w:type="dxa"/>
              <w:end w:w="120" w:type="dxa"/>
            </w:tcMar>
          </w:tcPr>
          <w:p>
            <w:pPr>
              <w:spacing w:after="60"/>
            </w:pPr>
            <w:r>
              <w:rPr>
                <w:b/>
                <w:color w:val="4D5E2E"/>
                <w:sz w:val="14"/>
              </w:rPr>
              <w:t>APPLICATION COMPLETE?</w:t>
            </w:r>
          </w:p>
          <w:p>
            <w:pPr>
              <w:spacing w:after="0"/>
            </w:pPr>
            <w:r>
              <w:rPr>
                <w:color w:val="657064"/>
                <w:sz w:val="16"/>
              </w:rPr>
              <w:t>☐ Yes  ☐ No  ☐ Pending</w:t>
            </w:r>
          </w:p>
        </w:tc>
        <w:tc>
          <w:tcPr>
            <w:tcW w:type="dxa" w:w="5069"/>
            <w:shd w:fill="F7F8F3"/>
            <w:tcMar>
              <w:top w:w="115" w:type="dxa"/>
              <w:start w:w="120" w:type="dxa"/>
              <w:bottom w:w="115" w:type="dxa"/>
              <w:end w:w="120" w:type="dxa"/>
            </w:tcMar>
          </w:tcPr>
          <w:p>
            <w:pPr>
              <w:spacing w:after="60"/>
            </w:pPr>
            <w:r>
              <w:rPr>
                <w:b/>
                <w:color w:val="4D5E2E"/>
                <w:sz w:val="14"/>
              </w:rPr>
              <w:t>MISSING-DOCUMENT NOTICE SENT</w:t>
            </w:r>
          </w:p>
          <w:p>
            <w:pPr>
              <w:spacing w:after="0"/>
            </w:pPr>
            <w:r>
              <w:rPr>
                <w:color w:val="657064"/>
                <w:sz w:val="16"/>
              </w:rPr>
              <w:t>________________________________</w:t>
            </w:r>
          </w:p>
        </w:tc>
      </w:tr>
    </w:tbl>
    <w:p>
      <w:pPr>
        <w:spacing w:after="0"/>
      </w:pPr>
    </w:p>
    <w:p>
      <w:r>
        <w:br w:type="page"/>
      </w:r>
    </w:p>
    <w:p>
      <w:pPr>
        <w:pStyle w:val="Heading1"/>
      </w:pPr>
      <w:r>
        <w:t>Adult Tenant Screening Authorization  —  Copy 1</w:t>
      </w:r>
    </w:p>
    <w:p>
      <w:r>
        <w:t>A separate authorization is required for EACH adult (18+) proposed occupant who is subject to lawful tenant screening. Copy or print this page as often as necessary. Do not use a child’s name or information on this form.</w:t>
      </w:r>
    </w:p>
    <w:tbl>
      <w:tblPr>
        <w:tblW w:type="auto" w:w="0"/>
        <w:tblLayout w:type="fixed"/>
        <w:tblLook w:firstColumn="1" w:firstRow="1" w:lastColumn="0" w:lastRow="0" w:noHBand="0" w:noVBand="1" w:val="04A0"/>
      </w:tblPr>
      <w:tblGrid>
        <w:gridCol w:w="5069"/>
        <w:gridCol w:w="5069"/>
      </w:tblGrid>
      <w:tr>
        <w:trPr>
          <w:cantSplit/>
        </w:trPr>
        <w:tc>
          <w:tcPr>
            <w:tcW w:type="dxa" w:w="5069"/>
            <w:shd w:fill="F7F8F3"/>
            <w:tcMar>
              <w:top w:w="115" w:type="dxa"/>
              <w:start w:w="120" w:type="dxa"/>
              <w:bottom w:w="115" w:type="dxa"/>
              <w:end w:w="120" w:type="dxa"/>
            </w:tcMar>
          </w:tcPr>
          <w:p>
            <w:pPr>
              <w:spacing w:after="60"/>
            </w:pPr>
            <w:r>
              <w:rPr>
                <w:b/>
                <w:color w:val="4D5E2E"/>
                <w:sz w:val="14"/>
              </w:rPr>
              <w:t>ADULT FULL LEGAL NAME</w:t>
            </w:r>
          </w:p>
          <w:p>
            <w:pPr>
              <w:spacing w:after="0"/>
            </w:pPr>
            <w:r>
              <w:rPr>
                <w:color w:val="657064"/>
                <w:sz w:val="16"/>
              </w:rPr>
              <w:t>________________________________</w:t>
            </w:r>
          </w:p>
        </w:tc>
        <w:tc>
          <w:tcPr>
            <w:tcW w:type="dxa" w:w="5069"/>
            <w:shd w:fill="F7F8F3"/>
            <w:tcMar>
              <w:top w:w="115" w:type="dxa"/>
              <w:start w:w="120" w:type="dxa"/>
              <w:bottom w:w="115" w:type="dxa"/>
              <w:end w:w="120" w:type="dxa"/>
            </w:tcMar>
          </w:tcPr>
          <w:p>
            <w:pPr>
              <w:spacing w:after="60"/>
            </w:pPr>
            <w:r>
              <w:rPr>
                <w:b/>
                <w:color w:val="4D5E2E"/>
                <w:sz w:val="14"/>
              </w:rPr>
              <w:t>OTHER NAMES USED FOR RECORD MATCHING</w:t>
            </w:r>
          </w:p>
          <w:p>
            <w:pPr>
              <w:spacing w:after="0"/>
            </w:pPr>
            <w:r>
              <w:rPr>
                <w:color w:val="657064"/>
                <w:sz w:val="16"/>
              </w:rPr>
              <w:t>________________________________</w:t>
            </w:r>
          </w:p>
        </w:tc>
      </w:tr>
      <w:tr>
        <w:trPr>
          <w:cantSplit/>
        </w:trPr>
        <w:tc>
          <w:tcPr>
            <w:tcW w:type="dxa" w:w="5069"/>
            <w:shd w:fill="F7F8F3"/>
            <w:tcMar>
              <w:top w:w="115" w:type="dxa"/>
              <w:start w:w="120" w:type="dxa"/>
              <w:bottom w:w="115" w:type="dxa"/>
              <w:end w:w="120" w:type="dxa"/>
            </w:tcMar>
          </w:tcPr>
          <w:p>
            <w:pPr>
              <w:spacing w:after="60"/>
            </w:pPr>
            <w:r>
              <w:rPr>
                <w:b/>
                <w:color w:val="4D5E2E"/>
                <w:sz w:val="14"/>
              </w:rPr>
              <w:t>DATE OF BIRTH (ADULT ONLY)</w:t>
            </w:r>
          </w:p>
          <w:p>
            <w:pPr>
              <w:spacing w:after="0"/>
            </w:pPr>
            <w:r>
              <w:rPr>
                <w:color w:val="657064"/>
                <w:sz w:val="16"/>
              </w:rPr>
              <w:t>________________________________</w:t>
            </w:r>
          </w:p>
        </w:tc>
        <w:tc>
          <w:tcPr>
            <w:tcW w:type="dxa" w:w="5069"/>
            <w:shd w:fill="F7F8F3"/>
            <w:tcMar>
              <w:top w:w="115" w:type="dxa"/>
              <w:start w:w="120" w:type="dxa"/>
              <w:bottom w:w="115" w:type="dxa"/>
              <w:end w:w="120" w:type="dxa"/>
            </w:tcMar>
          </w:tcPr>
          <w:p>
            <w:pPr>
              <w:spacing w:after="60"/>
            </w:pPr>
            <w:r>
              <w:rPr>
                <w:b/>
                <w:color w:val="4D5E2E"/>
                <w:sz w:val="14"/>
              </w:rPr>
              <w:t>APPLICATION / HOUSEHOLD ID</w:t>
            </w:r>
          </w:p>
          <w:p>
            <w:pPr>
              <w:spacing w:after="0"/>
            </w:pPr>
            <w:r>
              <w:rPr>
                <w:color w:val="657064"/>
                <w:sz w:val="16"/>
              </w:rPr>
              <w:t>________________________________</w:t>
            </w:r>
          </w:p>
        </w:tc>
      </w:tr>
    </w:tbl>
    <w:p>
      <w:pPr>
        <w:spacing w:after="0"/>
      </w:pPr>
    </w:p>
    <w:p>
      <w:pPr>
        <w:spacing w:after="140"/>
      </w:pPr>
      <w:r>
        <w:rPr>
          <w:b/>
          <w:sz w:val="17"/>
        </w:rPr>
        <w:t xml:space="preserve">Current city and state   </w:t>
      </w:r>
      <w:r>
        <w:t>________________________________________________________________________________</w:t>
      </w:r>
    </w:p>
    <w:p>
      <w:pPr>
        <w:pStyle w:val="Heading2"/>
      </w:pPr>
      <w:r>
        <w:t>Permitted screening and disclosures</w:t>
      </w:r>
    </w:p>
    <w:p>
      <w:pPr>
        <w:spacing w:after="80"/>
      </w:pPr>
      <w:r>
        <w:t>☐  I understand that UNA may verify identity, past rental information and legally accessible adult criminal-history records, including relevant criminal sexual offense records and a public sex offender registry search, only as authorized by law.</w:t>
      </w:r>
    </w:p>
    <w:p>
      <w:pPr>
        <w:spacing w:after="80"/>
      </w:pPr>
      <w:r>
        <w:t>☐  I understand a third-party tenant screening company may prepare a consumer report for the legitimate purpose of assessing this housing application.</w:t>
      </w:r>
    </w:p>
    <w:p>
      <w:pPr>
        <w:spacing w:after="80"/>
      </w:pPr>
      <w:r>
        <w:t>☐  I understand that any potential match must be verified, and that I may request correction or submit mitigating information before a final adverse decision, subject to any legally required exclusion.</w:t>
      </w:r>
    </w:p>
    <w:p>
      <w:pPr>
        <w:spacing w:after="80"/>
      </w:pPr>
      <w:r>
        <w:t>☐  I understand a general Pennsylvania Child Abuse History Certification is not being requested for ordinary housing screening; any special statutory screening requirement will be explained separately.</w:t>
      </w:r>
    </w:p>
    <w:p>
      <w:r>
        <w:t>If a tenant screening report contributes to an unfavorable housing decision, I will receive the required Fair Credit Reporting Act notice identifying the consumer reporting agency, how to obtain a free report and how to dispute inaccurate information.</w:t>
      </w:r>
    </w:p>
    <w:p>
      <w:r>
        <w:t>Authorization: I authorize the limited, legally permitted tenant-screening checks described above for this application. I understand that staff may request additional secure identity information directly through an approved verification channel. I do not need to include my Social Security number on this paper form.</w:t>
      </w:r>
    </w:p>
    <w:tbl>
      <w:tblPr>
        <w:tblW w:type="auto" w:w="0"/>
        <w:tblLayout w:type="fixed"/>
        <w:tblLook w:firstColumn="1" w:firstRow="1" w:lastColumn="0" w:lastRow="0" w:noHBand="0" w:noVBand="1" w:val="04A0"/>
      </w:tblPr>
      <w:tblGrid>
        <w:gridCol w:w="5069"/>
        <w:gridCol w:w="5069"/>
      </w:tblGrid>
      <w:tr>
        <w:trPr>
          <w:cantSplit/>
        </w:trPr>
        <w:tc>
          <w:tcPr>
            <w:tcW w:type="dxa" w:w="5069"/>
            <w:shd w:fill="F7F8F3"/>
            <w:tcMar>
              <w:top w:w="115" w:type="dxa"/>
              <w:start w:w="120" w:type="dxa"/>
              <w:bottom w:w="115" w:type="dxa"/>
              <w:end w:w="120" w:type="dxa"/>
            </w:tcMar>
          </w:tcPr>
          <w:p>
            <w:pPr>
              <w:spacing w:after="60"/>
            </w:pPr>
            <w:r>
              <w:rPr>
                <w:b/>
                <w:color w:val="4D5E2E"/>
                <w:sz w:val="14"/>
              </w:rPr>
              <w:t>ADULT SIGNATURE</w:t>
            </w:r>
          </w:p>
          <w:p>
            <w:pPr>
              <w:spacing w:after="0"/>
            </w:pPr>
            <w:r>
              <w:rPr>
                <w:color w:val="657064"/>
                <w:sz w:val="16"/>
              </w:rPr>
              <w:t>________________________________</w:t>
            </w:r>
          </w:p>
        </w:tc>
        <w:tc>
          <w:tcPr>
            <w:tcW w:type="dxa" w:w="5069"/>
            <w:shd w:fill="F7F8F3"/>
            <w:tcMar>
              <w:top w:w="115" w:type="dxa"/>
              <w:start w:w="120" w:type="dxa"/>
              <w:bottom w:w="115" w:type="dxa"/>
              <w:end w:w="120" w:type="dxa"/>
            </w:tcMar>
          </w:tcPr>
          <w:p>
            <w:pPr>
              <w:spacing w:after="60"/>
            </w:pPr>
            <w:r>
              <w:rPr>
                <w:b/>
                <w:color w:val="4D5E2E"/>
                <w:sz w:val="14"/>
              </w:rPr>
              <w:t>DATE</w:t>
            </w:r>
          </w:p>
          <w:p>
            <w:pPr>
              <w:spacing w:after="0"/>
            </w:pPr>
            <w:r>
              <w:rPr>
                <w:color w:val="657064"/>
                <w:sz w:val="16"/>
              </w:rPr>
              <w:t>________________________________</w:t>
            </w:r>
          </w:p>
        </w:tc>
      </w:tr>
    </w:tbl>
    <w:p>
      <w:pPr>
        <w:spacing w:after="0"/>
      </w:pPr>
    </w:p>
    <w:p>
      <w:r>
        <w:t>Screening provider, scope and contact (UNA to complete): __________________________________________________</w:t>
      </w:r>
    </w:p>
    <w:p>
      <w:r>
        <w:t>Staff check: ☐ Permission verified  ☐ Secure ID process used  ☐ Report review completed  ☐ Action notice, if required</w:t>
      </w:r>
    </w:p>
    <w:p>
      <w:r>
        <w:br w:type="page"/>
      </w:r>
    </w:p>
    <w:p>
      <w:pPr>
        <w:pStyle w:val="Heading1"/>
      </w:pPr>
      <w:r>
        <w:t>Adult Tenant Screening Authorization  —  Copy 2</w:t>
      </w:r>
    </w:p>
    <w:p>
      <w:r>
        <w:t>A separate authorization is required for EACH adult (18+) proposed occupant who is subject to lawful tenant screening. Copy or print this page as often as necessary. Do not use a child’s name or information on this form.</w:t>
      </w:r>
    </w:p>
    <w:tbl>
      <w:tblPr>
        <w:tblW w:type="auto" w:w="0"/>
        <w:tblLayout w:type="fixed"/>
        <w:tblLook w:firstColumn="1" w:firstRow="1" w:lastColumn="0" w:lastRow="0" w:noHBand="0" w:noVBand="1" w:val="04A0"/>
      </w:tblPr>
      <w:tblGrid>
        <w:gridCol w:w="5069"/>
        <w:gridCol w:w="5069"/>
      </w:tblGrid>
      <w:tr>
        <w:trPr>
          <w:cantSplit/>
        </w:trPr>
        <w:tc>
          <w:tcPr>
            <w:tcW w:type="dxa" w:w="5069"/>
            <w:shd w:fill="F7F8F3"/>
            <w:tcMar>
              <w:top w:w="115" w:type="dxa"/>
              <w:start w:w="120" w:type="dxa"/>
              <w:bottom w:w="115" w:type="dxa"/>
              <w:end w:w="120" w:type="dxa"/>
            </w:tcMar>
          </w:tcPr>
          <w:p>
            <w:pPr>
              <w:spacing w:after="60"/>
            </w:pPr>
            <w:r>
              <w:rPr>
                <w:b/>
                <w:color w:val="4D5E2E"/>
                <w:sz w:val="14"/>
              </w:rPr>
              <w:t>ADULT FULL LEGAL NAME</w:t>
            </w:r>
          </w:p>
          <w:p>
            <w:pPr>
              <w:spacing w:after="0"/>
            </w:pPr>
            <w:r>
              <w:rPr>
                <w:color w:val="657064"/>
                <w:sz w:val="16"/>
              </w:rPr>
              <w:t>________________________________</w:t>
            </w:r>
          </w:p>
        </w:tc>
        <w:tc>
          <w:tcPr>
            <w:tcW w:type="dxa" w:w="5069"/>
            <w:shd w:fill="F7F8F3"/>
            <w:tcMar>
              <w:top w:w="115" w:type="dxa"/>
              <w:start w:w="120" w:type="dxa"/>
              <w:bottom w:w="115" w:type="dxa"/>
              <w:end w:w="120" w:type="dxa"/>
            </w:tcMar>
          </w:tcPr>
          <w:p>
            <w:pPr>
              <w:spacing w:after="60"/>
            </w:pPr>
            <w:r>
              <w:rPr>
                <w:b/>
                <w:color w:val="4D5E2E"/>
                <w:sz w:val="14"/>
              </w:rPr>
              <w:t>OTHER NAMES USED FOR RECORD MATCHING</w:t>
            </w:r>
          </w:p>
          <w:p>
            <w:pPr>
              <w:spacing w:after="0"/>
            </w:pPr>
            <w:r>
              <w:rPr>
                <w:color w:val="657064"/>
                <w:sz w:val="16"/>
              </w:rPr>
              <w:t>________________________________</w:t>
            </w:r>
          </w:p>
        </w:tc>
      </w:tr>
      <w:tr>
        <w:trPr>
          <w:cantSplit/>
        </w:trPr>
        <w:tc>
          <w:tcPr>
            <w:tcW w:type="dxa" w:w="5069"/>
            <w:shd w:fill="F7F8F3"/>
            <w:tcMar>
              <w:top w:w="115" w:type="dxa"/>
              <w:start w:w="120" w:type="dxa"/>
              <w:bottom w:w="115" w:type="dxa"/>
              <w:end w:w="120" w:type="dxa"/>
            </w:tcMar>
          </w:tcPr>
          <w:p>
            <w:pPr>
              <w:spacing w:after="60"/>
            </w:pPr>
            <w:r>
              <w:rPr>
                <w:b/>
                <w:color w:val="4D5E2E"/>
                <w:sz w:val="14"/>
              </w:rPr>
              <w:t>DATE OF BIRTH (ADULT ONLY)</w:t>
            </w:r>
          </w:p>
          <w:p>
            <w:pPr>
              <w:spacing w:after="0"/>
            </w:pPr>
            <w:r>
              <w:rPr>
                <w:color w:val="657064"/>
                <w:sz w:val="16"/>
              </w:rPr>
              <w:t>________________________________</w:t>
            </w:r>
          </w:p>
        </w:tc>
        <w:tc>
          <w:tcPr>
            <w:tcW w:type="dxa" w:w="5069"/>
            <w:shd w:fill="F7F8F3"/>
            <w:tcMar>
              <w:top w:w="115" w:type="dxa"/>
              <w:start w:w="120" w:type="dxa"/>
              <w:bottom w:w="115" w:type="dxa"/>
              <w:end w:w="120" w:type="dxa"/>
            </w:tcMar>
          </w:tcPr>
          <w:p>
            <w:pPr>
              <w:spacing w:after="60"/>
            </w:pPr>
            <w:r>
              <w:rPr>
                <w:b/>
                <w:color w:val="4D5E2E"/>
                <w:sz w:val="14"/>
              </w:rPr>
              <w:t>APPLICATION / HOUSEHOLD ID</w:t>
            </w:r>
          </w:p>
          <w:p>
            <w:pPr>
              <w:spacing w:after="0"/>
            </w:pPr>
            <w:r>
              <w:rPr>
                <w:color w:val="657064"/>
                <w:sz w:val="16"/>
              </w:rPr>
              <w:t>________________________________</w:t>
            </w:r>
          </w:p>
        </w:tc>
      </w:tr>
    </w:tbl>
    <w:p>
      <w:pPr>
        <w:spacing w:after="0"/>
      </w:pPr>
    </w:p>
    <w:p>
      <w:pPr>
        <w:spacing w:after="140"/>
      </w:pPr>
      <w:r>
        <w:rPr>
          <w:b/>
          <w:sz w:val="17"/>
        </w:rPr>
        <w:t xml:space="preserve">Current city and state   </w:t>
      </w:r>
      <w:r>
        <w:t>________________________________________________________________________________</w:t>
      </w:r>
    </w:p>
    <w:p>
      <w:pPr>
        <w:pStyle w:val="Heading2"/>
      </w:pPr>
      <w:r>
        <w:t>Permitted screening and disclosures</w:t>
      </w:r>
    </w:p>
    <w:p>
      <w:pPr>
        <w:spacing w:after="80"/>
      </w:pPr>
      <w:r>
        <w:t>☐  I understand that UNA may verify identity, past rental information and legally accessible adult criminal-history records, including relevant criminal sexual offense records and a public sex offender registry search, only as authorized by law.</w:t>
      </w:r>
    </w:p>
    <w:p>
      <w:pPr>
        <w:spacing w:after="80"/>
      </w:pPr>
      <w:r>
        <w:t>☐  I understand a third-party tenant screening company may prepare a consumer report for the legitimate purpose of assessing this housing application.</w:t>
      </w:r>
    </w:p>
    <w:p>
      <w:pPr>
        <w:spacing w:after="80"/>
      </w:pPr>
      <w:r>
        <w:t>☐  I understand that any potential match must be verified, and that I may request correction or submit mitigating information before a final adverse decision, subject to any legally required exclusion.</w:t>
      </w:r>
    </w:p>
    <w:p>
      <w:pPr>
        <w:spacing w:after="80"/>
      </w:pPr>
      <w:r>
        <w:t>☐  I understand a general Pennsylvania Child Abuse History Certification is not being requested for ordinary housing screening; any special statutory screening requirement will be explained separately.</w:t>
      </w:r>
    </w:p>
    <w:p>
      <w:r>
        <w:t>If a tenant screening report contributes to an unfavorable housing decision, I will receive the required Fair Credit Reporting Act notice identifying the consumer reporting agency, how to obtain a free report and how to dispute inaccurate information.</w:t>
      </w:r>
    </w:p>
    <w:p>
      <w:r>
        <w:t>Authorization: I authorize the limited, legally permitted tenant-screening checks described above for this application. I understand that staff may request additional secure identity information directly through an approved verification channel. I do not need to include my Social Security number on this paper form.</w:t>
      </w:r>
    </w:p>
    <w:tbl>
      <w:tblPr>
        <w:tblW w:type="auto" w:w="0"/>
        <w:tblLayout w:type="fixed"/>
        <w:tblLook w:firstColumn="1" w:firstRow="1" w:lastColumn="0" w:lastRow="0" w:noHBand="0" w:noVBand="1" w:val="04A0"/>
      </w:tblPr>
      <w:tblGrid>
        <w:gridCol w:w="5069"/>
        <w:gridCol w:w="5069"/>
      </w:tblGrid>
      <w:tr>
        <w:trPr>
          <w:cantSplit/>
        </w:trPr>
        <w:tc>
          <w:tcPr>
            <w:tcW w:type="dxa" w:w="5069"/>
            <w:shd w:fill="F7F8F3"/>
            <w:tcMar>
              <w:top w:w="115" w:type="dxa"/>
              <w:start w:w="120" w:type="dxa"/>
              <w:bottom w:w="115" w:type="dxa"/>
              <w:end w:w="120" w:type="dxa"/>
            </w:tcMar>
          </w:tcPr>
          <w:p>
            <w:pPr>
              <w:spacing w:after="60"/>
            </w:pPr>
            <w:r>
              <w:rPr>
                <w:b/>
                <w:color w:val="4D5E2E"/>
                <w:sz w:val="14"/>
              </w:rPr>
              <w:t>ADULT SIGNATURE</w:t>
            </w:r>
          </w:p>
          <w:p>
            <w:pPr>
              <w:spacing w:after="0"/>
            </w:pPr>
            <w:r>
              <w:rPr>
                <w:color w:val="657064"/>
                <w:sz w:val="16"/>
              </w:rPr>
              <w:t>________________________________</w:t>
            </w:r>
          </w:p>
        </w:tc>
        <w:tc>
          <w:tcPr>
            <w:tcW w:type="dxa" w:w="5069"/>
            <w:shd w:fill="F7F8F3"/>
            <w:tcMar>
              <w:top w:w="115" w:type="dxa"/>
              <w:start w:w="120" w:type="dxa"/>
              <w:bottom w:w="115" w:type="dxa"/>
              <w:end w:w="120" w:type="dxa"/>
            </w:tcMar>
          </w:tcPr>
          <w:p>
            <w:pPr>
              <w:spacing w:after="60"/>
            </w:pPr>
            <w:r>
              <w:rPr>
                <w:b/>
                <w:color w:val="4D5E2E"/>
                <w:sz w:val="14"/>
              </w:rPr>
              <w:t>DATE</w:t>
            </w:r>
          </w:p>
          <w:p>
            <w:pPr>
              <w:spacing w:after="0"/>
            </w:pPr>
            <w:r>
              <w:rPr>
                <w:color w:val="657064"/>
                <w:sz w:val="16"/>
              </w:rPr>
              <w:t>________________________________</w:t>
            </w:r>
          </w:p>
        </w:tc>
      </w:tr>
    </w:tbl>
    <w:p>
      <w:pPr>
        <w:spacing w:after="0"/>
      </w:pPr>
    </w:p>
    <w:p>
      <w:r>
        <w:t>Screening provider, scope and contact (UNA to complete): __________________________________________________</w:t>
      </w:r>
    </w:p>
    <w:p>
      <w:r>
        <w:t>Staff check: ☐ Permission verified  ☐ Secure ID process used  ☐ Report review completed  ☐ Action notice, if required</w:t>
      </w:r>
    </w:p>
    <w:sectPr w:rsidR="00FC693F" w:rsidRPr="0006063C" w:rsidSect="00034616">
      <w:headerReference w:type="default" r:id="rId9"/>
      <w:footerReference w:type="default" r:id="rId10"/>
      <w:pgSz w:w="12240" w:h="15840"/>
      <w:pgMar w:top="1123" w:right="1051" w:bottom="936" w:left="1051" w:header="518"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57064"/>
        <w:sz w:val="14"/>
      </w:rPr>
      <w:t xml:space="preserve">DRAFT  •  24 OCT 2026     |     A PROGRAM OF UNA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5" w:color="E6C57C"/>
      </w:pBdr>
    </w:pPr>
    <w:r>
      <w:rPr>
        <w:b/>
        <w:color w:val="4D5E2E"/>
        <w:sz w:val="14"/>
      </w:rPr>
      <w:t>WILLOW HOLLOW  |  HOMES &amp; COMMUNITIES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Aptos" w:hAnsi="Aptos"/>
      <w:color w:val="31382D"/>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20"/>
      <w:outlineLvl w:val="0"/>
    </w:pPr>
    <w:rPr>
      <w:rFonts w:asciiTheme="majorHAnsi" w:eastAsiaTheme="majorEastAsia" w:hAnsiTheme="majorHAnsi" w:cstheme="majorBidi" w:ascii="Georgia" w:hAnsi="Georgia"/>
      <w:b/>
      <w:bCs/>
      <w:color w:val="4D5E2E"/>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ptos" w:hAnsi="Aptos"/>
      <w:b/>
      <w:bCs/>
      <w:color w:val="BB5C2B"/>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80"/>
      <w:contextualSpacing/>
    </w:pPr>
    <w:rPr>
      <w:rFonts w:asciiTheme="majorHAnsi" w:eastAsiaTheme="majorEastAsia" w:hAnsiTheme="majorHAnsi" w:cstheme="majorBidi" w:ascii="Georgia" w:hAnsi="Georgia"/>
      <w:b/>
      <w:color w:val="4D5E2E"/>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pPr>
      <w:spacing w:after="60"/>
    </w:pPr>
    <w:rPr>
      <w:rFonts w:ascii="Aptos" w:hAnsi="Aptos"/>
      <w:color w:val="657064"/>
      <w:sz w:val="15"/>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Household Housing Application</dc:title>
  <dc:subject>Willow Hollow Homes &amp; Communities general applicant housing documents</dc:subject>
  <dc:creator>United NEPA Alliance</dc:creator>
  <cp:keywords/>
  <dc:description>generated by python-docx</dc:description>
  <cp:lastModifiedBy/>
  <cp:revision>1</cp:revision>
  <dcterms:created xsi:type="dcterms:W3CDTF">2013-12-23T23:15:00Z</dcterms:created>
  <dcterms:modified xsi:type="dcterms:W3CDTF">2013-12-23T23:15:00Z</dcterms:modified>
  <cp:category/>
</cp:coreProperties>
</file>